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2D017" w14:textId="77777777" w:rsidR="006C3D74" w:rsidRDefault="007D447B">
      <w:pPr>
        <w:spacing w:after="1760"/>
      </w:pPr>
      <w:r>
        <w:rPr>
          <w:noProof/>
        </w:rPr>
        <w:drawing>
          <wp:inline distT="0" distB="0" distL="0" distR="0" wp14:anchorId="0F089CCE" wp14:editId="58745025">
            <wp:extent cx="2423160" cy="1085879"/>
            <wp:effectExtent l="0" t="0" r="0" b="0"/>
            <wp:docPr id="1" name="Picture 1" descr="Zephyr Robotics 追风机器人品牌 Logo" title="Zephyr Robotic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light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23160" cy="1085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D5C8DE" w14:textId="77777777" w:rsidR="006C3D74" w:rsidRDefault="007D447B">
      <w:pPr>
        <w:pStyle w:val="Kicker"/>
        <w:spacing w:after="120"/>
      </w:pPr>
      <w:r>
        <w:t xml:space="preserve">CORPORATE DOCUMENT · </w:t>
      </w:r>
      <w:r>
        <w:t>公司文档模板</w:t>
      </w:r>
    </w:p>
    <w:p w14:paraId="22879D34" w14:textId="77777777" w:rsidR="006C3D74" w:rsidRDefault="007D447B">
      <w:pPr>
        <w:pStyle w:val="aa"/>
      </w:pPr>
      <w:r>
        <w:t>[</w:t>
      </w:r>
      <w:r>
        <w:t>文档标题</w:t>
      </w:r>
      <w:r>
        <w:t>]</w:t>
      </w:r>
    </w:p>
    <w:p w14:paraId="47A6A257" w14:textId="77777777" w:rsidR="006C3D74" w:rsidRDefault="007D447B">
      <w:pPr>
        <w:pStyle w:val="ac"/>
      </w:pPr>
      <w:r>
        <w:t>[</w:t>
      </w:r>
      <w:r>
        <w:t>副标题</w:t>
      </w:r>
      <w:r>
        <w:t xml:space="preserve"> / </w:t>
      </w:r>
      <w:r>
        <w:t>项目名称</w:t>
      </w:r>
      <w:r>
        <w:t xml:space="preserve"> / </w:t>
      </w:r>
      <w:r>
        <w:t>客户名称</w:t>
      </w:r>
      <w:r>
        <w:t>]</w:t>
      </w:r>
    </w:p>
    <w:p w14:paraId="5EAEC443" w14:textId="77777777" w:rsidR="006C3D74" w:rsidRDefault="007D447B">
      <w:pPr>
        <w:pStyle w:val="Placeholder"/>
        <w:spacing w:after="440"/>
      </w:pPr>
      <w:r>
        <w:t>[</w:t>
      </w:r>
      <w:r>
        <w:t>用一至两句话说明文档目的、适用对象或核心结论。</w:t>
      </w:r>
      <w:r>
        <w:t>]</w:t>
      </w:r>
    </w:p>
    <w:tbl>
      <w:tblPr>
        <w:tblW w:w="9360" w:type="dxa"/>
        <w:tblInd w:w="140" w:type="dxa"/>
        <w:tblLayout w:type="fixed"/>
        <w:tblLook w:val="04A0" w:firstRow="1" w:lastRow="0" w:firstColumn="1" w:lastColumn="0" w:noHBand="0" w:noVBand="1"/>
      </w:tblPr>
      <w:tblGrid>
        <w:gridCol w:w="4680"/>
        <w:gridCol w:w="4680"/>
      </w:tblGrid>
      <w:tr w:rsidR="006C3D74" w14:paraId="5CAE8147" w14:textId="77777777">
        <w:tc>
          <w:tcPr>
            <w:tcW w:w="4680" w:type="dxa"/>
            <w:tcBorders>
              <w:top w:val="single" w:sz="4" w:space="0" w:color="D9E5EA"/>
              <w:left w:val="single" w:sz="4" w:space="0" w:color="D9E5EA"/>
              <w:bottom w:val="single" w:sz="4" w:space="0" w:color="D9E5EA"/>
              <w:right w:val="single" w:sz="4" w:space="0" w:color="D9E5EA"/>
            </w:tcBorders>
            <w:shd w:val="clear" w:color="auto" w:fill="F4F8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71AC2451" w14:textId="77777777" w:rsidR="006C3D74" w:rsidRDefault="007D447B">
            <w:pPr>
              <w:spacing w:after="0"/>
            </w:pPr>
            <w:r>
              <w:rPr>
                <w:b/>
                <w:color w:val="6B7687"/>
                <w:sz w:val="18"/>
              </w:rPr>
              <w:t>文档编号</w:t>
            </w:r>
            <w:r>
              <w:rPr>
                <w:b/>
                <w:color w:val="6B7687"/>
                <w:sz w:val="18"/>
              </w:rPr>
              <w:t xml:space="preserve">  </w:t>
            </w:r>
            <w:r>
              <w:rPr>
                <w:color w:val="1B2029"/>
                <w:sz w:val="20"/>
              </w:rPr>
              <w:t>[DOC-000]</w:t>
            </w:r>
          </w:p>
        </w:tc>
        <w:tc>
          <w:tcPr>
            <w:tcW w:w="4680" w:type="dxa"/>
            <w:tcBorders>
              <w:top w:val="single" w:sz="4" w:space="0" w:color="D9E5EA"/>
              <w:left w:val="single" w:sz="4" w:space="0" w:color="D9E5EA"/>
              <w:bottom w:val="single" w:sz="4" w:space="0" w:color="D9E5EA"/>
              <w:right w:val="single" w:sz="4" w:space="0" w:color="D9E5EA"/>
            </w:tcBorders>
            <w:shd w:val="clear" w:color="auto" w:fill="F4F8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73FA196E" w14:textId="77777777" w:rsidR="006C3D74" w:rsidRDefault="007D447B">
            <w:pPr>
              <w:spacing w:after="0"/>
            </w:pPr>
            <w:r>
              <w:rPr>
                <w:b/>
                <w:color w:val="6B7687"/>
                <w:sz w:val="18"/>
              </w:rPr>
              <w:t>版本</w:t>
            </w:r>
            <w:r>
              <w:rPr>
                <w:b/>
                <w:color w:val="6B7687"/>
                <w:sz w:val="18"/>
              </w:rPr>
              <w:t xml:space="preserve">  </w:t>
            </w:r>
            <w:r>
              <w:rPr>
                <w:color w:val="1B2029"/>
                <w:sz w:val="20"/>
              </w:rPr>
              <w:t>[V0.1]</w:t>
            </w:r>
          </w:p>
        </w:tc>
      </w:tr>
      <w:tr w:rsidR="006C3D74" w14:paraId="57B0E053" w14:textId="77777777">
        <w:tc>
          <w:tcPr>
            <w:tcW w:w="4680" w:type="dxa"/>
            <w:tcBorders>
              <w:top w:val="single" w:sz="4" w:space="0" w:color="D9E5EA"/>
              <w:left w:val="single" w:sz="4" w:space="0" w:color="D9E5EA"/>
              <w:bottom w:val="single" w:sz="4" w:space="0" w:color="D9E5EA"/>
              <w:right w:val="single" w:sz="4" w:space="0" w:color="D9E5EA"/>
            </w:tcBorders>
            <w:shd w:val="clear" w:color="auto" w:fill="F4F8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2DA2656C" w14:textId="77777777" w:rsidR="006C3D74" w:rsidRDefault="007D447B">
            <w:pPr>
              <w:spacing w:after="0"/>
            </w:pPr>
            <w:r>
              <w:rPr>
                <w:b/>
                <w:color w:val="6B7687"/>
                <w:sz w:val="18"/>
              </w:rPr>
              <w:t>负责人</w:t>
            </w:r>
            <w:r>
              <w:rPr>
                <w:b/>
                <w:color w:val="6B7687"/>
                <w:sz w:val="18"/>
              </w:rPr>
              <w:t xml:space="preserve">  </w:t>
            </w:r>
            <w:r>
              <w:rPr>
                <w:color w:val="1B2029"/>
                <w:sz w:val="20"/>
              </w:rPr>
              <w:t>[</w:t>
            </w:r>
            <w:r>
              <w:rPr>
                <w:color w:val="1B2029"/>
                <w:sz w:val="20"/>
              </w:rPr>
              <w:t>姓名</w:t>
            </w:r>
            <w:r>
              <w:rPr>
                <w:color w:val="1B2029"/>
                <w:sz w:val="20"/>
              </w:rPr>
              <w:t xml:space="preserve"> / </w:t>
            </w:r>
            <w:r>
              <w:rPr>
                <w:color w:val="1B2029"/>
                <w:sz w:val="20"/>
              </w:rPr>
              <w:t>部门</w:t>
            </w:r>
            <w:r>
              <w:rPr>
                <w:color w:val="1B2029"/>
                <w:sz w:val="20"/>
              </w:rPr>
              <w:t>]</w:t>
            </w:r>
          </w:p>
        </w:tc>
        <w:tc>
          <w:tcPr>
            <w:tcW w:w="4680" w:type="dxa"/>
            <w:tcBorders>
              <w:top w:val="single" w:sz="4" w:space="0" w:color="D9E5EA"/>
              <w:left w:val="single" w:sz="4" w:space="0" w:color="D9E5EA"/>
              <w:bottom w:val="single" w:sz="4" w:space="0" w:color="D9E5EA"/>
              <w:right w:val="single" w:sz="4" w:space="0" w:color="D9E5EA"/>
            </w:tcBorders>
            <w:shd w:val="clear" w:color="auto" w:fill="F4F8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4A19B7E6" w14:textId="77777777" w:rsidR="006C3D74" w:rsidRDefault="007D447B">
            <w:pPr>
              <w:spacing w:after="0"/>
            </w:pPr>
            <w:r>
              <w:rPr>
                <w:b/>
                <w:color w:val="6B7687"/>
                <w:sz w:val="18"/>
              </w:rPr>
              <w:t>发布日期</w:t>
            </w:r>
            <w:r>
              <w:rPr>
                <w:b/>
                <w:color w:val="6B7687"/>
                <w:sz w:val="18"/>
              </w:rPr>
              <w:t xml:space="preserve">  </w:t>
            </w:r>
            <w:r>
              <w:rPr>
                <w:color w:val="1B2029"/>
                <w:sz w:val="20"/>
              </w:rPr>
              <w:t>[YYYY-MM-DD]</w:t>
            </w:r>
          </w:p>
        </w:tc>
      </w:tr>
      <w:tr w:rsidR="006C3D74" w14:paraId="4CDA7782" w14:textId="77777777">
        <w:tc>
          <w:tcPr>
            <w:tcW w:w="4680" w:type="dxa"/>
            <w:tcBorders>
              <w:top w:val="single" w:sz="4" w:space="0" w:color="D9E5EA"/>
              <w:left w:val="single" w:sz="4" w:space="0" w:color="D9E5EA"/>
              <w:bottom w:val="single" w:sz="4" w:space="0" w:color="D9E5EA"/>
              <w:right w:val="single" w:sz="4" w:space="0" w:color="D9E5EA"/>
            </w:tcBorders>
            <w:shd w:val="clear" w:color="auto" w:fill="F4F8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379AADF7" w14:textId="77777777" w:rsidR="006C3D74" w:rsidRDefault="007D447B">
            <w:pPr>
              <w:spacing w:after="0"/>
            </w:pPr>
            <w:r>
              <w:rPr>
                <w:b/>
                <w:color w:val="6B7687"/>
                <w:sz w:val="18"/>
              </w:rPr>
              <w:t>文档状态</w:t>
            </w:r>
            <w:r>
              <w:rPr>
                <w:b/>
                <w:color w:val="6B7687"/>
                <w:sz w:val="18"/>
              </w:rPr>
              <w:t xml:space="preserve">  </w:t>
            </w:r>
            <w:r>
              <w:rPr>
                <w:color w:val="1B2029"/>
                <w:sz w:val="20"/>
              </w:rPr>
              <w:t>[</w:t>
            </w:r>
            <w:r>
              <w:rPr>
                <w:color w:val="1B2029"/>
                <w:sz w:val="20"/>
              </w:rPr>
              <w:t>草稿</w:t>
            </w:r>
            <w:r>
              <w:rPr>
                <w:color w:val="1B2029"/>
                <w:sz w:val="20"/>
              </w:rPr>
              <w:t xml:space="preserve"> / </w:t>
            </w:r>
            <w:r>
              <w:rPr>
                <w:color w:val="1B2029"/>
                <w:sz w:val="20"/>
              </w:rPr>
              <w:t>审阅</w:t>
            </w:r>
            <w:r>
              <w:rPr>
                <w:color w:val="1B2029"/>
                <w:sz w:val="20"/>
              </w:rPr>
              <w:t xml:space="preserve"> / </w:t>
            </w:r>
            <w:r>
              <w:rPr>
                <w:color w:val="1B2029"/>
                <w:sz w:val="20"/>
              </w:rPr>
              <w:t>发布</w:t>
            </w:r>
            <w:r>
              <w:rPr>
                <w:color w:val="1B2029"/>
                <w:sz w:val="20"/>
              </w:rPr>
              <w:t>]</w:t>
            </w:r>
          </w:p>
        </w:tc>
        <w:tc>
          <w:tcPr>
            <w:tcW w:w="4680" w:type="dxa"/>
            <w:tcBorders>
              <w:top w:val="single" w:sz="4" w:space="0" w:color="D9E5EA"/>
              <w:left w:val="single" w:sz="4" w:space="0" w:color="D9E5EA"/>
              <w:bottom w:val="single" w:sz="4" w:space="0" w:color="D9E5EA"/>
              <w:right w:val="single" w:sz="4" w:space="0" w:color="D9E5EA"/>
            </w:tcBorders>
            <w:shd w:val="clear" w:color="auto" w:fill="F4F8FA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4410A017" w14:textId="77777777" w:rsidR="006C3D74" w:rsidRDefault="007D447B">
            <w:pPr>
              <w:spacing w:after="0"/>
            </w:pPr>
            <w:r>
              <w:rPr>
                <w:b/>
                <w:color w:val="6B7687"/>
                <w:sz w:val="18"/>
              </w:rPr>
              <w:t>保密等级</w:t>
            </w:r>
            <w:r>
              <w:rPr>
                <w:b/>
                <w:color w:val="6B7687"/>
                <w:sz w:val="18"/>
              </w:rPr>
              <w:t xml:space="preserve">  </w:t>
            </w:r>
            <w:r>
              <w:rPr>
                <w:color w:val="1B2029"/>
                <w:sz w:val="20"/>
              </w:rPr>
              <w:t>[</w:t>
            </w:r>
            <w:r>
              <w:rPr>
                <w:color w:val="1B2029"/>
                <w:sz w:val="20"/>
              </w:rPr>
              <w:t>公开</w:t>
            </w:r>
            <w:r>
              <w:rPr>
                <w:color w:val="1B2029"/>
                <w:sz w:val="20"/>
              </w:rPr>
              <w:t xml:space="preserve"> / </w:t>
            </w:r>
            <w:r>
              <w:rPr>
                <w:color w:val="1B2029"/>
                <w:sz w:val="20"/>
              </w:rPr>
              <w:t>内部</w:t>
            </w:r>
            <w:r>
              <w:rPr>
                <w:color w:val="1B2029"/>
                <w:sz w:val="20"/>
              </w:rPr>
              <w:t xml:space="preserve"> / </w:t>
            </w:r>
            <w:r>
              <w:rPr>
                <w:color w:val="1B2029"/>
                <w:sz w:val="20"/>
              </w:rPr>
              <w:t>保密</w:t>
            </w:r>
            <w:r>
              <w:rPr>
                <w:color w:val="1B2029"/>
                <w:sz w:val="20"/>
              </w:rPr>
              <w:t>]</w:t>
            </w:r>
          </w:p>
        </w:tc>
      </w:tr>
    </w:tbl>
    <w:p w14:paraId="7427984E" w14:textId="77777777" w:rsidR="006C3D74" w:rsidRDefault="007D447B">
      <w:r>
        <w:br w:type="page"/>
      </w:r>
    </w:p>
    <w:p w14:paraId="2E0ADFA0" w14:textId="77777777" w:rsidR="006C3D74" w:rsidRDefault="007D447B">
      <w:pPr>
        <w:pStyle w:val="Kicker"/>
        <w:spacing w:after="120"/>
      </w:pPr>
      <w:r>
        <w:lastRenderedPageBreak/>
        <w:t>DOCUMENT CONTROL</w:t>
      </w:r>
    </w:p>
    <w:p w14:paraId="7231B731" w14:textId="77777777" w:rsidR="006C3D74" w:rsidRDefault="007D447B">
      <w:pPr>
        <w:pStyle w:val="UtilityHeading"/>
      </w:pPr>
      <w:r>
        <w:t>文档信息</w:t>
      </w:r>
    </w:p>
    <w:tbl>
      <w:tblPr>
        <w:tblW w:w="9360" w:type="dxa"/>
        <w:tblInd w:w="140" w:type="dxa"/>
        <w:tblLayout w:type="fixed"/>
        <w:tblLook w:val="04A0" w:firstRow="1" w:lastRow="0" w:firstColumn="1" w:lastColumn="0" w:noHBand="0" w:noVBand="1"/>
      </w:tblPr>
      <w:tblGrid>
        <w:gridCol w:w="1200"/>
        <w:gridCol w:w="1800"/>
        <w:gridCol w:w="2160"/>
        <w:gridCol w:w="4200"/>
      </w:tblGrid>
      <w:tr w:rsidR="006C3D74" w14:paraId="0DBF95A4" w14:textId="77777777">
        <w:trPr>
          <w:tblHeader/>
        </w:trPr>
        <w:tc>
          <w:tcPr>
            <w:tcW w:w="1200" w:type="dxa"/>
            <w:tcBorders>
              <w:top w:val="single" w:sz="4" w:space="0" w:color="0F1217"/>
              <w:left w:val="single" w:sz="4" w:space="0" w:color="0F1217"/>
              <w:bottom w:val="single" w:sz="4" w:space="0" w:color="0F1217"/>
              <w:right w:val="single" w:sz="4" w:space="0" w:color="0F1217"/>
            </w:tcBorders>
            <w:shd w:val="clear" w:color="auto" w:fill="0F1217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84DCA3C" w14:textId="77777777" w:rsidR="006C3D74" w:rsidRDefault="007D447B">
            <w:r>
              <w:rPr>
                <w:b/>
                <w:color w:val="00D4FF"/>
                <w:sz w:val="18"/>
              </w:rPr>
              <w:t>版本</w:t>
            </w:r>
          </w:p>
        </w:tc>
        <w:tc>
          <w:tcPr>
            <w:tcW w:w="1800" w:type="dxa"/>
            <w:tcBorders>
              <w:top w:val="single" w:sz="4" w:space="0" w:color="0F1217"/>
              <w:left w:val="single" w:sz="4" w:space="0" w:color="0F1217"/>
              <w:bottom w:val="single" w:sz="4" w:space="0" w:color="0F1217"/>
              <w:right w:val="single" w:sz="4" w:space="0" w:color="0F1217"/>
            </w:tcBorders>
            <w:shd w:val="clear" w:color="auto" w:fill="0F1217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B544E51" w14:textId="77777777" w:rsidR="006C3D74" w:rsidRDefault="007D447B">
            <w:r>
              <w:rPr>
                <w:b/>
                <w:color w:val="00D4FF"/>
                <w:sz w:val="18"/>
              </w:rPr>
              <w:t>日期</w:t>
            </w:r>
          </w:p>
        </w:tc>
        <w:tc>
          <w:tcPr>
            <w:tcW w:w="2160" w:type="dxa"/>
            <w:tcBorders>
              <w:top w:val="single" w:sz="4" w:space="0" w:color="0F1217"/>
              <w:left w:val="single" w:sz="4" w:space="0" w:color="0F1217"/>
              <w:bottom w:val="single" w:sz="4" w:space="0" w:color="0F1217"/>
              <w:right w:val="single" w:sz="4" w:space="0" w:color="0F1217"/>
            </w:tcBorders>
            <w:shd w:val="clear" w:color="auto" w:fill="0F1217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C4D5044" w14:textId="77777777" w:rsidR="006C3D74" w:rsidRDefault="007D447B">
            <w:r>
              <w:rPr>
                <w:b/>
                <w:color w:val="00D4FF"/>
                <w:sz w:val="18"/>
              </w:rPr>
              <w:t>修改人</w:t>
            </w:r>
          </w:p>
        </w:tc>
        <w:tc>
          <w:tcPr>
            <w:tcW w:w="4200" w:type="dxa"/>
            <w:tcBorders>
              <w:top w:val="single" w:sz="4" w:space="0" w:color="0F1217"/>
              <w:left w:val="single" w:sz="4" w:space="0" w:color="0F1217"/>
              <w:bottom w:val="single" w:sz="4" w:space="0" w:color="0F1217"/>
              <w:right w:val="single" w:sz="4" w:space="0" w:color="0F1217"/>
            </w:tcBorders>
            <w:shd w:val="clear" w:color="auto" w:fill="0F1217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D0D2E8C" w14:textId="77777777" w:rsidR="006C3D74" w:rsidRDefault="007D447B">
            <w:r>
              <w:rPr>
                <w:b/>
                <w:color w:val="00D4FF"/>
                <w:sz w:val="18"/>
              </w:rPr>
              <w:t>修改说明</w:t>
            </w:r>
          </w:p>
        </w:tc>
      </w:tr>
      <w:tr w:rsidR="006C3D74" w14:paraId="4486F90F" w14:textId="77777777">
        <w:tc>
          <w:tcPr>
            <w:tcW w:w="1200" w:type="dxa"/>
            <w:tcBorders>
              <w:top w:val="single" w:sz="4" w:space="0" w:color="D9E5EA"/>
              <w:left w:val="single" w:sz="4" w:space="0" w:color="D9E5EA"/>
              <w:bottom w:val="single" w:sz="4" w:space="0" w:color="D9E5EA"/>
              <w:right w:val="single" w:sz="4" w:space="0" w:color="D9E5EA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9DC73D2" w14:textId="77777777" w:rsidR="006C3D74" w:rsidRDefault="007D447B">
            <w:pPr>
              <w:spacing w:after="0"/>
            </w:pPr>
            <w:r>
              <w:rPr>
                <w:i/>
                <w:color w:val="6B7687"/>
                <w:sz w:val="18"/>
              </w:rPr>
              <w:t>[V0.1]</w:t>
            </w:r>
          </w:p>
        </w:tc>
        <w:tc>
          <w:tcPr>
            <w:tcW w:w="1800" w:type="dxa"/>
            <w:tcBorders>
              <w:top w:val="single" w:sz="4" w:space="0" w:color="D9E5EA"/>
              <w:left w:val="single" w:sz="4" w:space="0" w:color="D9E5EA"/>
              <w:bottom w:val="single" w:sz="4" w:space="0" w:color="D9E5EA"/>
              <w:right w:val="single" w:sz="4" w:space="0" w:color="D9E5EA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953FE74" w14:textId="77777777" w:rsidR="006C3D74" w:rsidRDefault="007D447B">
            <w:pPr>
              <w:spacing w:after="0"/>
            </w:pPr>
            <w:r>
              <w:rPr>
                <w:i/>
                <w:color w:val="6B7687"/>
                <w:sz w:val="18"/>
              </w:rPr>
              <w:t>[YYYY-MM-DD]</w:t>
            </w:r>
          </w:p>
        </w:tc>
        <w:tc>
          <w:tcPr>
            <w:tcW w:w="2160" w:type="dxa"/>
            <w:tcBorders>
              <w:top w:val="single" w:sz="4" w:space="0" w:color="D9E5EA"/>
              <w:left w:val="single" w:sz="4" w:space="0" w:color="D9E5EA"/>
              <w:bottom w:val="single" w:sz="4" w:space="0" w:color="D9E5EA"/>
              <w:right w:val="single" w:sz="4" w:space="0" w:color="D9E5EA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65586B3" w14:textId="77777777" w:rsidR="006C3D74" w:rsidRDefault="007D447B">
            <w:pPr>
              <w:spacing w:after="0"/>
            </w:pPr>
            <w:r>
              <w:rPr>
                <w:i/>
                <w:color w:val="6B7687"/>
                <w:sz w:val="18"/>
              </w:rPr>
              <w:t>[</w:t>
            </w:r>
            <w:r>
              <w:rPr>
                <w:i/>
                <w:color w:val="6B7687"/>
                <w:sz w:val="18"/>
              </w:rPr>
              <w:t>姓名</w:t>
            </w:r>
            <w:r>
              <w:rPr>
                <w:i/>
                <w:color w:val="6B7687"/>
                <w:sz w:val="18"/>
              </w:rPr>
              <w:t>]</w:t>
            </w:r>
          </w:p>
        </w:tc>
        <w:tc>
          <w:tcPr>
            <w:tcW w:w="4200" w:type="dxa"/>
            <w:tcBorders>
              <w:top w:val="single" w:sz="4" w:space="0" w:color="D9E5EA"/>
              <w:left w:val="single" w:sz="4" w:space="0" w:color="D9E5EA"/>
              <w:bottom w:val="single" w:sz="4" w:space="0" w:color="D9E5EA"/>
              <w:right w:val="single" w:sz="4" w:space="0" w:color="D9E5EA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A1D63B6" w14:textId="77777777" w:rsidR="006C3D74" w:rsidRDefault="007D447B">
            <w:pPr>
              <w:spacing w:after="0"/>
            </w:pPr>
            <w:r>
              <w:rPr>
                <w:i/>
                <w:color w:val="6B7687"/>
                <w:sz w:val="18"/>
              </w:rPr>
              <w:t>[</w:t>
            </w:r>
            <w:r>
              <w:rPr>
                <w:i/>
                <w:color w:val="6B7687"/>
                <w:sz w:val="18"/>
              </w:rPr>
              <w:t>填写修改内容</w:t>
            </w:r>
            <w:r>
              <w:rPr>
                <w:i/>
                <w:color w:val="6B7687"/>
                <w:sz w:val="18"/>
              </w:rPr>
              <w:t>]</w:t>
            </w:r>
          </w:p>
        </w:tc>
      </w:tr>
      <w:tr w:rsidR="006C3D74" w14:paraId="7B6BDA26" w14:textId="77777777">
        <w:tc>
          <w:tcPr>
            <w:tcW w:w="1200" w:type="dxa"/>
            <w:tcBorders>
              <w:top w:val="single" w:sz="4" w:space="0" w:color="D9E5EA"/>
              <w:left w:val="single" w:sz="4" w:space="0" w:color="D9E5EA"/>
              <w:bottom w:val="single" w:sz="4" w:space="0" w:color="D9E5EA"/>
              <w:right w:val="single" w:sz="4" w:space="0" w:color="D9E5EA"/>
            </w:tcBorders>
            <w:shd w:val="clear" w:color="auto" w:fill="F4F8FA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90D9A48" w14:textId="77777777" w:rsidR="006C3D74" w:rsidRDefault="007D447B">
            <w:pPr>
              <w:spacing w:after="0"/>
            </w:pPr>
            <w:r>
              <w:rPr>
                <w:i/>
                <w:color w:val="6B7687"/>
                <w:sz w:val="18"/>
              </w:rPr>
              <w:t>[V0.2]</w:t>
            </w:r>
          </w:p>
        </w:tc>
        <w:tc>
          <w:tcPr>
            <w:tcW w:w="1800" w:type="dxa"/>
            <w:tcBorders>
              <w:top w:val="single" w:sz="4" w:space="0" w:color="D9E5EA"/>
              <w:left w:val="single" w:sz="4" w:space="0" w:color="D9E5EA"/>
              <w:bottom w:val="single" w:sz="4" w:space="0" w:color="D9E5EA"/>
              <w:right w:val="single" w:sz="4" w:space="0" w:color="D9E5EA"/>
            </w:tcBorders>
            <w:shd w:val="clear" w:color="auto" w:fill="F4F8FA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9E469DC" w14:textId="77777777" w:rsidR="006C3D74" w:rsidRDefault="007D447B">
            <w:pPr>
              <w:spacing w:after="0"/>
            </w:pPr>
            <w:r>
              <w:rPr>
                <w:i/>
                <w:color w:val="6B7687"/>
                <w:sz w:val="18"/>
              </w:rPr>
              <w:t>[YYYY-MM-DD]</w:t>
            </w:r>
          </w:p>
        </w:tc>
        <w:tc>
          <w:tcPr>
            <w:tcW w:w="2160" w:type="dxa"/>
            <w:tcBorders>
              <w:top w:val="single" w:sz="4" w:space="0" w:color="D9E5EA"/>
              <w:left w:val="single" w:sz="4" w:space="0" w:color="D9E5EA"/>
              <w:bottom w:val="single" w:sz="4" w:space="0" w:color="D9E5EA"/>
              <w:right w:val="single" w:sz="4" w:space="0" w:color="D9E5EA"/>
            </w:tcBorders>
            <w:shd w:val="clear" w:color="auto" w:fill="F4F8FA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ABE157A" w14:textId="77777777" w:rsidR="006C3D74" w:rsidRDefault="007D447B">
            <w:pPr>
              <w:spacing w:after="0"/>
            </w:pPr>
            <w:r>
              <w:rPr>
                <w:i/>
                <w:color w:val="6B7687"/>
                <w:sz w:val="18"/>
              </w:rPr>
              <w:t>[</w:t>
            </w:r>
            <w:r>
              <w:rPr>
                <w:i/>
                <w:color w:val="6B7687"/>
                <w:sz w:val="18"/>
              </w:rPr>
              <w:t>姓名</w:t>
            </w:r>
            <w:r>
              <w:rPr>
                <w:i/>
                <w:color w:val="6B7687"/>
                <w:sz w:val="18"/>
              </w:rPr>
              <w:t>]</w:t>
            </w:r>
          </w:p>
        </w:tc>
        <w:tc>
          <w:tcPr>
            <w:tcW w:w="4200" w:type="dxa"/>
            <w:tcBorders>
              <w:top w:val="single" w:sz="4" w:space="0" w:color="D9E5EA"/>
              <w:left w:val="single" w:sz="4" w:space="0" w:color="D9E5EA"/>
              <w:bottom w:val="single" w:sz="4" w:space="0" w:color="D9E5EA"/>
              <w:right w:val="single" w:sz="4" w:space="0" w:color="D9E5EA"/>
            </w:tcBorders>
            <w:shd w:val="clear" w:color="auto" w:fill="F4F8FA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94AF37C" w14:textId="77777777" w:rsidR="006C3D74" w:rsidRDefault="007D447B">
            <w:pPr>
              <w:spacing w:after="0"/>
            </w:pPr>
            <w:r>
              <w:rPr>
                <w:i/>
                <w:color w:val="6B7687"/>
                <w:sz w:val="18"/>
              </w:rPr>
              <w:t>[</w:t>
            </w:r>
            <w:r>
              <w:rPr>
                <w:i/>
                <w:color w:val="6B7687"/>
                <w:sz w:val="18"/>
              </w:rPr>
              <w:t>填写修改内容</w:t>
            </w:r>
            <w:r>
              <w:rPr>
                <w:i/>
                <w:color w:val="6B7687"/>
                <w:sz w:val="18"/>
              </w:rPr>
              <w:t>]</w:t>
            </w:r>
          </w:p>
        </w:tc>
      </w:tr>
    </w:tbl>
    <w:p w14:paraId="739CD88A" w14:textId="77777777" w:rsidR="006C3D74" w:rsidRDefault="007D447B">
      <w:pPr>
        <w:pStyle w:val="UtilityHeading"/>
      </w:pPr>
      <w:r>
        <w:t>目录</w:t>
      </w:r>
    </w:p>
    <w:p w14:paraId="77AAD8F1" w14:textId="63DFDE22" w:rsidR="00EE4486" w:rsidRDefault="007D447B">
      <w:pPr>
        <w:pStyle w:val="TOC1"/>
        <w:tabs>
          <w:tab w:val="right" w:leader="dot" w:pos="9350"/>
        </w:tabs>
        <w:rPr>
          <w:rFonts w:hint="eastAsia"/>
          <w:noProof/>
        </w:rPr>
      </w:pPr>
      <w:r>
        <w:rPr>
          <w:sz w:val="21"/>
        </w:rPr>
        <w:fldChar w:fldCharType="begin"/>
      </w:r>
      <w:r>
        <w:rPr>
          <w:sz w:val="21"/>
        </w:rPr>
        <w:instrText xml:space="preserve"> TOC \o "1-3" \h \z \u </w:instrText>
      </w:r>
      <w:r>
        <w:rPr>
          <w:sz w:val="21"/>
        </w:rPr>
        <w:fldChar w:fldCharType="separate"/>
      </w:r>
      <w:hyperlink w:anchor="_Toc236877788" w:history="1">
        <w:r w:rsidR="00EE4486" w:rsidRPr="00CE2F91">
          <w:rPr>
            <w:rStyle w:val="aff9"/>
            <w:noProof/>
          </w:rPr>
          <w:t>[</w:t>
        </w:r>
        <w:r w:rsidR="00EE4486" w:rsidRPr="00CE2F91">
          <w:rPr>
            <w:rStyle w:val="aff9"/>
            <w:noProof/>
          </w:rPr>
          <w:t>一级章节标题</w:t>
        </w:r>
        <w:r w:rsidR="00EE4486" w:rsidRPr="00CE2F91">
          <w:rPr>
            <w:rStyle w:val="aff9"/>
            <w:noProof/>
          </w:rPr>
          <w:t>]</w:t>
        </w:r>
        <w:r w:rsidR="00EE4486">
          <w:rPr>
            <w:rFonts w:hint="eastAsia"/>
            <w:noProof/>
            <w:webHidden/>
          </w:rPr>
          <w:tab/>
        </w:r>
        <w:r w:rsidR="00EE4486">
          <w:rPr>
            <w:rFonts w:hint="eastAsia"/>
            <w:noProof/>
            <w:webHidden/>
          </w:rPr>
          <w:fldChar w:fldCharType="begin"/>
        </w:r>
        <w:r w:rsidR="00EE4486">
          <w:rPr>
            <w:rFonts w:hint="eastAsia"/>
            <w:noProof/>
            <w:webHidden/>
          </w:rPr>
          <w:instrText xml:space="preserve"> </w:instrText>
        </w:r>
        <w:r w:rsidR="00EE4486">
          <w:rPr>
            <w:noProof/>
            <w:webHidden/>
          </w:rPr>
          <w:instrText>PAGEREF _Toc236877788 \h</w:instrText>
        </w:r>
        <w:r w:rsidR="00EE4486">
          <w:rPr>
            <w:rFonts w:hint="eastAsia"/>
            <w:noProof/>
            <w:webHidden/>
          </w:rPr>
          <w:instrText xml:space="preserve"> </w:instrText>
        </w:r>
        <w:r w:rsidR="00EE4486">
          <w:rPr>
            <w:rFonts w:hint="eastAsia"/>
            <w:noProof/>
            <w:webHidden/>
          </w:rPr>
        </w:r>
        <w:r w:rsidR="00EE4486">
          <w:rPr>
            <w:rFonts w:hint="eastAsia"/>
            <w:noProof/>
            <w:webHidden/>
          </w:rPr>
          <w:fldChar w:fldCharType="separate"/>
        </w:r>
        <w:r w:rsidR="00EE4486">
          <w:rPr>
            <w:noProof/>
            <w:webHidden/>
          </w:rPr>
          <w:t>3</w:t>
        </w:r>
        <w:r w:rsidR="00EE4486">
          <w:rPr>
            <w:rFonts w:hint="eastAsia"/>
            <w:noProof/>
            <w:webHidden/>
          </w:rPr>
          <w:fldChar w:fldCharType="end"/>
        </w:r>
      </w:hyperlink>
    </w:p>
    <w:p w14:paraId="70517E5F" w14:textId="72830FAE" w:rsidR="00EE4486" w:rsidRDefault="00EE4486">
      <w:pPr>
        <w:pStyle w:val="TOC2"/>
        <w:tabs>
          <w:tab w:val="right" w:leader="dot" w:pos="9350"/>
        </w:tabs>
        <w:ind w:left="440"/>
        <w:rPr>
          <w:rFonts w:hint="eastAsia"/>
          <w:noProof/>
        </w:rPr>
      </w:pPr>
      <w:hyperlink w:anchor="_Toc236877789" w:history="1">
        <w:r w:rsidRPr="00CE2F91">
          <w:rPr>
            <w:rStyle w:val="aff9"/>
            <w:noProof/>
          </w:rPr>
          <w:t>[</w:t>
        </w:r>
        <w:r w:rsidRPr="00CE2F91">
          <w:rPr>
            <w:rStyle w:val="aff9"/>
            <w:noProof/>
          </w:rPr>
          <w:t>二级标题</w:t>
        </w:r>
        <w:r w:rsidRPr="00CE2F91">
          <w:rPr>
            <w:rStyle w:val="aff9"/>
            <w:noProof/>
          </w:rPr>
          <w:t>]</w:t>
        </w:r>
        <w:r>
          <w:rPr>
            <w:rFonts w:hint="eastAsia"/>
            <w:noProof/>
            <w:webHidden/>
          </w:rPr>
          <w:tab/>
        </w:r>
        <w:r>
          <w:rPr>
            <w:rFonts w:hint="eastAsia"/>
            <w:noProof/>
            <w:webHidden/>
          </w:rPr>
          <w:fldChar w:fldCharType="begin"/>
        </w:r>
        <w:r>
          <w:rPr>
            <w:rFonts w:hint="eastAsia"/>
            <w:noProof/>
            <w:webHidden/>
          </w:rPr>
          <w:instrText xml:space="preserve"> </w:instrText>
        </w:r>
        <w:r>
          <w:rPr>
            <w:noProof/>
            <w:webHidden/>
          </w:rPr>
          <w:instrText>PAGEREF _Toc236877789 \h</w:instrText>
        </w:r>
        <w:r>
          <w:rPr>
            <w:rFonts w:hint="eastAsia"/>
            <w:noProof/>
            <w:webHidden/>
          </w:rPr>
          <w:instrText xml:space="preserve"> </w:instrText>
        </w:r>
        <w:r>
          <w:rPr>
            <w:rFonts w:hint="eastAsia"/>
            <w:noProof/>
            <w:webHidden/>
          </w:rPr>
        </w:r>
        <w:r>
          <w:rPr>
            <w:rFonts w:hint="eastAsia"/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rFonts w:hint="eastAsia"/>
            <w:noProof/>
            <w:webHidden/>
          </w:rPr>
          <w:fldChar w:fldCharType="end"/>
        </w:r>
      </w:hyperlink>
    </w:p>
    <w:p w14:paraId="016A0737" w14:textId="1EFB1AC6" w:rsidR="00EE4486" w:rsidRDefault="00EE4486">
      <w:pPr>
        <w:pStyle w:val="TOC1"/>
        <w:tabs>
          <w:tab w:val="right" w:leader="dot" w:pos="9350"/>
        </w:tabs>
        <w:rPr>
          <w:rFonts w:hint="eastAsia"/>
          <w:noProof/>
        </w:rPr>
      </w:pPr>
      <w:hyperlink w:anchor="_Toc236877790" w:history="1">
        <w:r w:rsidRPr="00CE2F91">
          <w:rPr>
            <w:rStyle w:val="aff9"/>
            <w:noProof/>
          </w:rPr>
          <w:t>[</w:t>
        </w:r>
        <w:r w:rsidRPr="00CE2F91">
          <w:rPr>
            <w:rStyle w:val="aff9"/>
            <w:noProof/>
          </w:rPr>
          <w:t>图表或数据章节标题</w:t>
        </w:r>
        <w:r w:rsidRPr="00CE2F91">
          <w:rPr>
            <w:rStyle w:val="aff9"/>
            <w:noProof/>
          </w:rPr>
          <w:t>]</w:t>
        </w:r>
        <w:r>
          <w:rPr>
            <w:rFonts w:hint="eastAsia"/>
            <w:noProof/>
            <w:webHidden/>
          </w:rPr>
          <w:tab/>
        </w:r>
        <w:r>
          <w:rPr>
            <w:rFonts w:hint="eastAsia"/>
            <w:noProof/>
            <w:webHidden/>
          </w:rPr>
          <w:fldChar w:fldCharType="begin"/>
        </w:r>
        <w:r>
          <w:rPr>
            <w:rFonts w:hint="eastAsia"/>
            <w:noProof/>
            <w:webHidden/>
          </w:rPr>
          <w:instrText xml:space="preserve"> </w:instrText>
        </w:r>
        <w:r>
          <w:rPr>
            <w:noProof/>
            <w:webHidden/>
          </w:rPr>
          <w:instrText>PAGEREF _Toc236877790 \h</w:instrText>
        </w:r>
        <w:r>
          <w:rPr>
            <w:rFonts w:hint="eastAsia"/>
            <w:noProof/>
            <w:webHidden/>
          </w:rPr>
          <w:instrText xml:space="preserve"> </w:instrText>
        </w:r>
        <w:r>
          <w:rPr>
            <w:rFonts w:hint="eastAsia"/>
            <w:noProof/>
            <w:webHidden/>
          </w:rPr>
        </w:r>
        <w:r>
          <w:rPr>
            <w:rFonts w:hint="eastAsia"/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rFonts w:hint="eastAsia"/>
            <w:noProof/>
            <w:webHidden/>
          </w:rPr>
          <w:fldChar w:fldCharType="end"/>
        </w:r>
      </w:hyperlink>
    </w:p>
    <w:p w14:paraId="5BA37077" w14:textId="62B74921" w:rsidR="00EE4486" w:rsidRDefault="00EE4486">
      <w:pPr>
        <w:pStyle w:val="TOC2"/>
        <w:tabs>
          <w:tab w:val="right" w:leader="dot" w:pos="9350"/>
        </w:tabs>
        <w:ind w:left="440"/>
        <w:rPr>
          <w:rFonts w:hint="eastAsia"/>
          <w:noProof/>
        </w:rPr>
      </w:pPr>
      <w:hyperlink w:anchor="_Toc236877791" w:history="1">
        <w:r w:rsidRPr="00CE2F91">
          <w:rPr>
            <w:rStyle w:val="aff9"/>
            <w:noProof/>
          </w:rPr>
          <w:t>[</w:t>
        </w:r>
        <w:r w:rsidRPr="00CE2F91">
          <w:rPr>
            <w:rStyle w:val="aff9"/>
            <w:noProof/>
          </w:rPr>
          <w:t>表格标题</w:t>
        </w:r>
        <w:r w:rsidRPr="00CE2F91">
          <w:rPr>
            <w:rStyle w:val="aff9"/>
            <w:noProof/>
          </w:rPr>
          <w:t>]</w:t>
        </w:r>
        <w:r>
          <w:rPr>
            <w:rFonts w:hint="eastAsia"/>
            <w:noProof/>
            <w:webHidden/>
          </w:rPr>
          <w:tab/>
        </w:r>
        <w:r>
          <w:rPr>
            <w:rFonts w:hint="eastAsia"/>
            <w:noProof/>
            <w:webHidden/>
          </w:rPr>
          <w:fldChar w:fldCharType="begin"/>
        </w:r>
        <w:r>
          <w:rPr>
            <w:rFonts w:hint="eastAsia"/>
            <w:noProof/>
            <w:webHidden/>
          </w:rPr>
          <w:instrText xml:space="preserve"> </w:instrText>
        </w:r>
        <w:r>
          <w:rPr>
            <w:noProof/>
            <w:webHidden/>
          </w:rPr>
          <w:instrText>PAGEREF _Toc236877791 \h</w:instrText>
        </w:r>
        <w:r>
          <w:rPr>
            <w:rFonts w:hint="eastAsia"/>
            <w:noProof/>
            <w:webHidden/>
          </w:rPr>
          <w:instrText xml:space="preserve"> </w:instrText>
        </w:r>
        <w:r>
          <w:rPr>
            <w:rFonts w:hint="eastAsia"/>
            <w:noProof/>
            <w:webHidden/>
          </w:rPr>
        </w:r>
        <w:r>
          <w:rPr>
            <w:rFonts w:hint="eastAsia"/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rFonts w:hint="eastAsia"/>
            <w:noProof/>
            <w:webHidden/>
          </w:rPr>
          <w:fldChar w:fldCharType="end"/>
        </w:r>
      </w:hyperlink>
    </w:p>
    <w:p w14:paraId="281E7ADF" w14:textId="5E95868E" w:rsidR="00EE4486" w:rsidRDefault="00EE4486">
      <w:pPr>
        <w:pStyle w:val="TOC1"/>
        <w:tabs>
          <w:tab w:val="right" w:leader="dot" w:pos="9350"/>
        </w:tabs>
        <w:rPr>
          <w:rFonts w:hint="eastAsia"/>
          <w:noProof/>
        </w:rPr>
      </w:pPr>
      <w:hyperlink w:anchor="_Toc236877792" w:history="1">
        <w:r w:rsidRPr="00CE2F91">
          <w:rPr>
            <w:rStyle w:val="aff9"/>
            <w:noProof/>
          </w:rPr>
          <w:t>[</w:t>
        </w:r>
        <w:r w:rsidRPr="00CE2F91">
          <w:rPr>
            <w:rStyle w:val="aff9"/>
            <w:noProof/>
          </w:rPr>
          <w:t>附录</w:t>
        </w:r>
        <w:r w:rsidRPr="00CE2F91">
          <w:rPr>
            <w:rStyle w:val="aff9"/>
            <w:noProof/>
          </w:rPr>
          <w:t xml:space="preserve"> / </w:t>
        </w:r>
        <w:r w:rsidRPr="00CE2F91">
          <w:rPr>
            <w:rStyle w:val="aff9"/>
            <w:noProof/>
          </w:rPr>
          <w:t>参考资料</w:t>
        </w:r>
        <w:r w:rsidRPr="00CE2F91">
          <w:rPr>
            <w:rStyle w:val="aff9"/>
            <w:noProof/>
          </w:rPr>
          <w:t>]</w:t>
        </w:r>
        <w:r>
          <w:rPr>
            <w:rFonts w:hint="eastAsia"/>
            <w:noProof/>
            <w:webHidden/>
          </w:rPr>
          <w:tab/>
        </w:r>
        <w:r>
          <w:rPr>
            <w:rFonts w:hint="eastAsia"/>
            <w:noProof/>
            <w:webHidden/>
          </w:rPr>
          <w:fldChar w:fldCharType="begin"/>
        </w:r>
        <w:r>
          <w:rPr>
            <w:rFonts w:hint="eastAsia"/>
            <w:noProof/>
            <w:webHidden/>
          </w:rPr>
          <w:instrText xml:space="preserve"> </w:instrText>
        </w:r>
        <w:r>
          <w:rPr>
            <w:noProof/>
            <w:webHidden/>
          </w:rPr>
          <w:instrText>PAGEREF _Toc236877792 \h</w:instrText>
        </w:r>
        <w:r>
          <w:rPr>
            <w:rFonts w:hint="eastAsia"/>
            <w:noProof/>
            <w:webHidden/>
          </w:rPr>
          <w:instrText xml:space="preserve"> </w:instrText>
        </w:r>
        <w:r>
          <w:rPr>
            <w:rFonts w:hint="eastAsia"/>
            <w:noProof/>
            <w:webHidden/>
          </w:rPr>
        </w:r>
        <w:r>
          <w:rPr>
            <w:rFonts w:hint="eastAsia"/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rFonts w:hint="eastAsia"/>
            <w:noProof/>
            <w:webHidden/>
          </w:rPr>
          <w:fldChar w:fldCharType="end"/>
        </w:r>
      </w:hyperlink>
    </w:p>
    <w:p w14:paraId="345C82B2" w14:textId="2DCDBFF2" w:rsidR="00EE4486" w:rsidRDefault="00EE4486">
      <w:pPr>
        <w:pStyle w:val="TOC2"/>
        <w:tabs>
          <w:tab w:val="right" w:leader="dot" w:pos="9350"/>
        </w:tabs>
        <w:ind w:left="440"/>
        <w:rPr>
          <w:rFonts w:hint="eastAsia"/>
          <w:noProof/>
        </w:rPr>
      </w:pPr>
      <w:hyperlink w:anchor="_Toc236877793" w:history="1">
        <w:r w:rsidRPr="00CE2F91">
          <w:rPr>
            <w:rStyle w:val="aff9"/>
            <w:noProof/>
          </w:rPr>
          <w:t>发布前检查</w:t>
        </w:r>
        <w:r>
          <w:rPr>
            <w:rFonts w:hint="eastAsia"/>
            <w:noProof/>
            <w:webHidden/>
          </w:rPr>
          <w:tab/>
        </w:r>
        <w:r>
          <w:rPr>
            <w:rFonts w:hint="eastAsia"/>
            <w:noProof/>
            <w:webHidden/>
          </w:rPr>
          <w:fldChar w:fldCharType="begin"/>
        </w:r>
        <w:r>
          <w:rPr>
            <w:rFonts w:hint="eastAsia"/>
            <w:noProof/>
            <w:webHidden/>
          </w:rPr>
          <w:instrText xml:space="preserve"> </w:instrText>
        </w:r>
        <w:r>
          <w:rPr>
            <w:noProof/>
            <w:webHidden/>
          </w:rPr>
          <w:instrText>PAGEREF _Toc236877793 \h</w:instrText>
        </w:r>
        <w:r>
          <w:rPr>
            <w:rFonts w:hint="eastAsia"/>
            <w:noProof/>
            <w:webHidden/>
          </w:rPr>
          <w:instrText xml:space="preserve"> </w:instrText>
        </w:r>
        <w:r>
          <w:rPr>
            <w:rFonts w:hint="eastAsia"/>
            <w:noProof/>
            <w:webHidden/>
          </w:rPr>
        </w:r>
        <w:r>
          <w:rPr>
            <w:rFonts w:hint="eastAsia"/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rFonts w:hint="eastAsia"/>
            <w:noProof/>
            <w:webHidden/>
          </w:rPr>
          <w:fldChar w:fldCharType="end"/>
        </w:r>
      </w:hyperlink>
    </w:p>
    <w:p w14:paraId="5C0EBDA8" w14:textId="2139BC2E" w:rsidR="00EE4486" w:rsidRDefault="00EE4486">
      <w:pPr>
        <w:pStyle w:val="TOC2"/>
        <w:tabs>
          <w:tab w:val="right" w:leader="dot" w:pos="9350"/>
        </w:tabs>
        <w:ind w:left="440"/>
        <w:rPr>
          <w:rFonts w:hint="eastAsia"/>
          <w:noProof/>
        </w:rPr>
      </w:pPr>
      <w:hyperlink w:anchor="_Toc236877794" w:history="1">
        <w:r w:rsidRPr="00CE2F91">
          <w:rPr>
            <w:rStyle w:val="aff9"/>
            <w:noProof/>
          </w:rPr>
          <w:t>联系信息</w:t>
        </w:r>
        <w:r>
          <w:rPr>
            <w:rFonts w:hint="eastAsia"/>
            <w:noProof/>
            <w:webHidden/>
          </w:rPr>
          <w:tab/>
        </w:r>
        <w:r>
          <w:rPr>
            <w:rFonts w:hint="eastAsia"/>
            <w:noProof/>
            <w:webHidden/>
          </w:rPr>
          <w:fldChar w:fldCharType="begin"/>
        </w:r>
        <w:r>
          <w:rPr>
            <w:rFonts w:hint="eastAsia"/>
            <w:noProof/>
            <w:webHidden/>
          </w:rPr>
          <w:instrText xml:space="preserve"> </w:instrText>
        </w:r>
        <w:r>
          <w:rPr>
            <w:noProof/>
            <w:webHidden/>
          </w:rPr>
          <w:instrText>PAGEREF _Toc236877794 \h</w:instrText>
        </w:r>
        <w:r>
          <w:rPr>
            <w:rFonts w:hint="eastAsia"/>
            <w:noProof/>
            <w:webHidden/>
          </w:rPr>
          <w:instrText xml:space="preserve"> </w:instrText>
        </w:r>
        <w:r>
          <w:rPr>
            <w:rFonts w:hint="eastAsia"/>
            <w:noProof/>
            <w:webHidden/>
          </w:rPr>
        </w:r>
        <w:r>
          <w:rPr>
            <w:rFonts w:hint="eastAsia"/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rFonts w:hint="eastAsia"/>
            <w:noProof/>
            <w:webHidden/>
          </w:rPr>
          <w:fldChar w:fldCharType="end"/>
        </w:r>
      </w:hyperlink>
    </w:p>
    <w:p w14:paraId="632C2655" w14:textId="3C8EAB73" w:rsidR="006C3D74" w:rsidRDefault="007D447B">
      <w:pPr>
        <w:spacing w:after="160"/>
      </w:pPr>
      <w:r>
        <w:rPr>
          <w:sz w:val="21"/>
        </w:rPr>
        <w:fldChar w:fldCharType="end"/>
      </w:r>
    </w:p>
    <w:p w14:paraId="2FC782FE" w14:textId="77777777" w:rsidR="006C3D74" w:rsidRDefault="007D447B">
      <w:pPr>
        <w:pStyle w:val="Placeholder"/>
      </w:pPr>
      <w:r>
        <w:t>提示：完成正文编辑后，在目录上右键并选择</w:t>
      </w:r>
      <w:r>
        <w:t>“</w:t>
      </w:r>
      <w:r>
        <w:t>更新域</w:t>
      </w:r>
      <w:r>
        <w:t>”</w:t>
      </w:r>
      <w:r>
        <w:t>。</w:t>
      </w:r>
    </w:p>
    <w:p w14:paraId="13F90445" w14:textId="77777777" w:rsidR="006C3D74" w:rsidRDefault="007D447B">
      <w:r>
        <w:br w:type="page"/>
      </w:r>
    </w:p>
    <w:p w14:paraId="5325952B" w14:textId="77777777" w:rsidR="006C3D74" w:rsidRDefault="007D447B">
      <w:pPr>
        <w:pStyle w:val="Kicker"/>
        <w:spacing w:after="120"/>
      </w:pPr>
      <w:r>
        <w:lastRenderedPageBreak/>
        <w:t>01 · SECTION</w:t>
      </w:r>
    </w:p>
    <w:p w14:paraId="63D8851C" w14:textId="77777777" w:rsidR="006C3D74" w:rsidRDefault="007D447B">
      <w:pPr>
        <w:pStyle w:val="1"/>
      </w:pPr>
      <w:bookmarkStart w:id="0" w:name="_Toc236877788"/>
      <w:r>
        <w:t>[</w:t>
      </w:r>
      <w:r>
        <w:t>一级章节标题</w:t>
      </w:r>
      <w:r>
        <w:t>]</w:t>
      </w:r>
      <w:bookmarkEnd w:id="0"/>
    </w:p>
    <w:p w14:paraId="047771FF" w14:textId="77777777" w:rsidR="006C3D74" w:rsidRDefault="007D447B">
      <w:pPr>
        <w:pStyle w:val="Lead"/>
        <w:spacing w:after="200"/>
      </w:pPr>
      <w:r>
        <w:t>[</w:t>
      </w:r>
      <w:r>
        <w:t>本段用于概述章节目的、背景和最重要的结论。建议先写结论，再补充依据。</w:t>
      </w:r>
      <w:r>
        <w:t>]</w:t>
      </w:r>
    </w:p>
    <w:tbl>
      <w:tblPr>
        <w:tblW w:w="9360" w:type="dxa"/>
        <w:tblInd w:w="180" w:type="dxa"/>
        <w:tblLayout w:type="fixed"/>
        <w:tblLook w:val="04A0" w:firstRow="1" w:lastRow="0" w:firstColumn="1" w:lastColumn="0" w:noHBand="0" w:noVBand="1"/>
      </w:tblPr>
      <w:tblGrid>
        <w:gridCol w:w="9360"/>
      </w:tblGrid>
      <w:tr w:rsidR="006C3D74" w14:paraId="161D1D83" w14:textId="77777777">
        <w:tc>
          <w:tcPr>
            <w:tcW w:w="9360" w:type="dxa"/>
            <w:tcBorders>
              <w:top w:val="single" w:sz="5" w:space="0" w:color="CFE8EE"/>
              <w:left w:val="single" w:sz="5" w:space="0" w:color="CFE8EE"/>
              <w:bottom w:val="single" w:sz="5" w:space="0" w:color="CFE8EE"/>
              <w:right w:val="single" w:sz="5" w:space="0" w:color="CFE8EE"/>
            </w:tcBorders>
            <w:shd w:val="clear" w:color="auto" w:fill="F4F8FA"/>
            <w:tcMar>
              <w:top w:w="160" w:type="dxa"/>
              <w:left w:w="180" w:type="dxa"/>
              <w:bottom w:w="160" w:type="dxa"/>
              <w:right w:w="180" w:type="dxa"/>
            </w:tcMar>
          </w:tcPr>
          <w:p w14:paraId="755CE98C" w14:textId="77777777" w:rsidR="006C3D74" w:rsidRDefault="007D447B">
            <w:pPr>
              <w:spacing w:after="80"/>
            </w:pPr>
            <w:r>
              <w:rPr>
                <w:b/>
                <w:color w:val="0092B8"/>
                <w:sz w:val="17"/>
              </w:rPr>
              <w:t xml:space="preserve">KEY MESSAGE / </w:t>
            </w:r>
            <w:r>
              <w:rPr>
                <w:b/>
                <w:color w:val="0092B8"/>
                <w:sz w:val="17"/>
              </w:rPr>
              <w:t>核心结论</w:t>
            </w:r>
          </w:p>
          <w:p w14:paraId="08789C9E" w14:textId="77777777" w:rsidR="006C3D74" w:rsidRDefault="007D447B">
            <w:pPr>
              <w:spacing w:after="0" w:line="300" w:lineRule="auto"/>
            </w:pPr>
            <w:r>
              <w:rPr>
                <w:color w:val="1B2029"/>
                <w:sz w:val="24"/>
              </w:rPr>
              <w:t>[</w:t>
            </w:r>
            <w:r>
              <w:rPr>
                <w:color w:val="1B2029"/>
                <w:sz w:val="24"/>
              </w:rPr>
              <w:t>用一句完整的话写出读者应记住的核心信息。</w:t>
            </w:r>
            <w:r>
              <w:rPr>
                <w:color w:val="1B2029"/>
                <w:sz w:val="24"/>
              </w:rPr>
              <w:t>]</w:t>
            </w:r>
          </w:p>
        </w:tc>
      </w:tr>
    </w:tbl>
    <w:p w14:paraId="7601E255" w14:textId="77777777" w:rsidR="006C3D74" w:rsidRDefault="006C3D74">
      <w:pPr>
        <w:spacing w:after="80"/>
      </w:pPr>
    </w:p>
    <w:p w14:paraId="4154DC7A" w14:textId="77777777" w:rsidR="006C3D74" w:rsidRDefault="007D447B">
      <w:pPr>
        <w:pStyle w:val="21"/>
      </w:pPr>
      <w:bookmarkStart w:id="1" w:name="_Toc236877789"/>
      <w:r>
        <w:t>[</w:t>
      </w:r>
      <w:r>
        <w:t>二级标题</w:t>
      </w:r>
      <w:r>
        <w:t>]</w:t>
      </w:r>
      <w:bookmarkEnd w:id="1"/>
    </w:p>
    <w:p w14:paraId="6F9B0910" w14:textId="77777777" w:rsidR="006C3D74" w:rsidRDefault="007D447B">
      <w:pPr>
        <w:pStyle w:val="Placeholder"/>
      </w:pPr>
      <w:r>
        <w:t>[</w:t>
      </w:r>
      <w:r>
        <w:t>填写正文内容。使用短段落组织背景、判断、证据与建议。</w:t>
      </w:r>
      <w:r>
        <w:t>]</w:t>
      </w:r>
    </w:p>
    <w:p w14:paraId="29B7955D" w14:textId="77777777" w:rsidR="006C3D74" w:rsidRDefault="007D447B">
      <w:pPr>
        <w:pStyle w:val="a0"/>
        <w:spacing w:after="160" w:line="280" w:lineRule="auto"/>
      </w:pPr>
      <w:r>
        <w:t>[</w:t>
      </w:r>
      <w:r>
        <w:t>要点一：填写事实、结论或行动项</w:t>
      </w:r>
      <w:r>
        <w:t>]</w:t>
      </w:r>
    </w:p>
    <w:p w14:paraId="02E9CFA7" w14:textId="77777777" w:rsidR="006C3D74" w:rsidRDefault="007D447B">
      <w:pPr>
        <w:pStyle w:val="a0"/>
        <w:spacing w:after="160" w:line="280" w:lineRule="auto"/>
      </w:pPr>
      <w:r>
        <w:t>[</w:t>
      </w:r>
      <w:r>
        <w:t>要点二：填写事实、结论或行动项</w:t>
      </w:r>
      <w:r>
        <w:t>]</w:t>
      </w:r>
    </w:p>
    <w:p w14:paraId="5ECFFC5A" w14:textId="77777777" w:rsidR="006C3D74" w:rsidRDefault="007D447B">
      <w:pPr>
        <w:pStyle w:val="a0"/>
        <w:spacing w:after="160" w:line="280" w:lineRule="auto"/>
      </w:pPr>
      <w:r>
        <w:t>[</w:t>
      </w:r>
      <w:r>
        <w:t>要点三：填写事实、结论或行动项</w:t>
      </w:r>
      <w:r>
        <w:t>]</w:t>
      </w:r>
    </w:p>
    <w:p w14:paraId="6C10FBDC" w14:textId="77777777" w:rsidR="006C3D74" w:rsidRDefault="007D447B">
      <w:r>
        <w:br w:type="page"/>
      </w:r>
    </w:p>
    <w:p w14:paraId="629B1EBB" w14:textId="77777777" w:rsidR="006C3D74" w:rsidRDefault="007D447B">
      <w:pPr>
        <w:pStyle w:val="Kicker"/>
        <w:spacing w:after="120"/>
      </w:pPr>
      <w:r>
        <w:lastRenderedPageBreak/>
        <w:t>02 · FIGURE AND DATA</w:t>
      </w:r>
    </w:p>
    <w:p w14:paraId="73F6D6DA" w14:textId="77777777" w:rsidR="006C3D74" w:rsidRDefault="007D447B">
      <w:pPr>
        <w:pStyle w:val="1"/>
      </w:pPr>
      <w:bookmarkStart w:id="2" w:name="_Toc236877790"/>
      <w:r>
        <w:t>[</w:t>
      </w:r>
      <w:r>
        <w:t>图表或数据章节标题</w:t>
      </w:r>
      <w:r>
        <w:t>]</w:t>
      </w:r>
      <w:bookmarkEnd w:id="2"/>
    </w:p>
    <w:p w14:paraId="5F9D711D" w14:textId="77777777" w:rsidR="006C3D74" w:rsidRDefault="007D447B">
      <w:pPr>
        <w:pStyle w:val="Placeholder"/>
      </w:pPr>
      <w:r>
        <w:t>[</w:t>
      </w:r>
      <w:r>
        <w:t>先写这一页要说明的结论，再放置支持它的图表或数据。</w:t>
      </w:r>
      <w:r>
        <w:t>]</w:t>
      </w:r>
    </w:p>
    <w:tbl>
      <w:tblPr>
        <w:tblW w:w="9360" w:type="dxa"/>
        <w:tblInd w:w="140" w:type="dxa"/>
        <w:tblLayout w:type="fixed"/>
        <w:tblLook w:val="04A0" w:firstRow="1" w:lastRow="0" w:firstColumn="1" w:lastColumn="0" w:noHBand="0" w:noVBand="1"/>
      </w:tblPr>
      <w:tblGrid>
        <w:gridCol w:w="9360"/>
      </w:tblGrid>
      <w:tr w:rsidR="006C3D74" w14:paraId="1EB0F671" w14:textId="77777777">
        <w:trPr>
          <w:trHeight w:hRule="exact" w:val="2952"/>
        </w:trPr>
        <w:tc>
          <w:tcPr>
            <w:tcW w:w="9360" w:type="dxa"/>
            <w:tcBorders>
              <w:top w:val="single" w:sz="8" w:space="0" w:color="B8DCE5"/>
              <w:left w:val="single" w:sz="8" w:space="0" w:color="B8DCE5"/>
              <w:bottom w:val="single" w:sz="8" w:space="0" w:color="B8DCE5"/>
              <w:right w:val="single" w:sz="8" w:space="0" w:color="B8DCE5"/>
            </w:tcBorders>
            <w:shd w:val="clear" w:color="auto" w:fill="F4F8FA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609528F" w14:textId="77777777" w:rsidR="006C3D74" w:rsidRDefault="007D447B">
            <w:pPr>
              <w:spacing w:after="0"/>
              <w:jc w:val="center"/>
            </w:pPr>
            <w:r>
              <w:rPr>
                <w:b/>
                <w:color w:val="0092B8"/>
                <w:sz w:val="24"/>
              </w:rPr>
              <w:t>[</w:t>
            </w:r>
            <w:r>
              <w:rPr>
                <w:b/>
                <w:color w:val="0092B8"/>
                <w:sz w:val="24"/>
              </w:rPr>
              <w:t>插入图片、图表、流程图或关键数据</w:t>
            </w:r>
            <w:r>
              <w:rPr>
                <w:b/>
                <w:color w:val="0092B8"/>
                <w:sz w:val="24"/>
              </w:rPr>
              <w:t>]</w:t>
            </w:r>
          </w:p>
        </w:tc>
      </w:tr>
    </w:tbl>
    <w:p w14:paraId="05EB1343" w14:textId="77777777" w:rsidR="006C3D74" w:rsidRDefault="007D447B">
      <w:pPr>
        <w:pStyle w:val="af7"/>
        <w:jc w:val="center"/>
      </w:pPr>
      <w:r>
        <w:t>图</w:t>
      </w:r>
      <w:r>
        <w:t xml:space="preserve"> 1  [</w:t>
      </w:r>
      <w:r>
        <w:t>填写图表标题</w:t>
      </w:r>
      <w:r>
        <w:t xml:space="preserve">]  ·  </w:t>
      </w:r>
      <w:r>
        <w:t>来源：</w:t>
      </w:r>
      <w:r>
        <w:t>[</w:t>
      </w:r>
      <w:r>
        <w:t>填写数据来源</w:t>
      </w:r>
      <w:r>
        <w:t>]</w:t>
      </w:r>
    </w:p>
    <w:p w14:paraId="264EAC63" w14:textId="77777777" w:rsidR="006C3D74" w:rsidRDefault="007D447B">
      <w:pPr>
        <w:pStyle w:val="21"/>
      </w:pPr>
      <w:bookmarkStart w:id="3" w:name="_Toc236877791"/>
      <w:r>
        <w:t>[</w:t>
      </w:r>
      <w:r>
        <w:t>表格标题</w:t>
      </w:r>
      <w:r>
        <w:t>]</w:t>
      </w:r>
      <w:bookmarkEnd w:id="3"/>
    </w:p>
    <w:tbl>
      <w:tblPr>
        <w:tblW w:w="9360" w:type="dxa"/>
        <w:tblInd w:w="140" w:type="dxa"/>
        <w:tblLayout w:type="fixed"/>
        <w:tblLook w:val="04A0" w:firstRow="1" w:lastRow="0" w:firstColumn="1" w:lastColumn="0" w:noHBand="0" w:noVBand="1"/>
      </w:tblPr>
      <w:tblGrid>
        <w:gridCol w:w="2160"/>
        <w:gridCol w:w="3600"/>
        <w:gridCol w:w="3600"/>
      </w:tblGrid>
      <w:tr w:rsidR="006C3D74" w14:paraId="42EDEC98" w14:textId="77777777">
        <w:trPr>
          <w:tblHeader/>
        </w:trPr>
        <w:tc>
          <w:tcPr>
            <w:tcW w:w="2160" w:type="dxa"/>
            <w:tcBorders>
              <w:top w:val="single" w:sz="4" w:space="0" w:color="0F1217"/>
              <w:left w:val="single" w:sz="4" w:space="0" w:color="0F1217"/>
              <w:bottom w:val="single" w:sz="4" w:space="0" w:color="0F1217"/>
              <w:right w:val="single" w:sz="4" w:space="0" w:color="0F1217"/>
            </w:tcBorders>
            <w:shd w:val="clear" w:color="auto" w:fill="0F1217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3380A89" w14:textId="77777777" w:rsidR="006C3D74" w:rsidRDefault="007D447B">
            <w:r>
              <w:rPr>
                <w:b/>
                <w:color w:val="00D4FF"/>
                <w:sz w:val="19"/>
              </w:rPr>
              <w:t>项目</w:t>
            </w:r>
          </w:p>
        </w:tc>
        <w:tc>
          <w:tcPr>
            <w:tcW w:w="3600" w:type="dxa"/>
            <w:tcBorders>
              <w:top w:val="single" w:sz="4" w:space="0" w:color="0F1217"/>
              <w:left w:val="single" w:sz="4" w:space="0" w:color="0F1217"/>
              <w:bottom w:val="single" w:sz="4" w:space="0" w:color="0F1217"/>
              <w:right w:val="single" w:sz="4" w:space="0" w:color="0F1217"/>
            </w:tcBorders>
            <w:shd w:val="clear" w:color="auto" w:fill="0F1217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7F908EF" w14:textId="77777777" w:rsidR="006C3D74" w:rsidRDefault="007D447B">
            <w:r>
              <w:rPr>
                <w:b/>
                <w:color w:val="00D4FF"/>
                <w:sz w:val="19"/>
              </w:rPr>
              <w:t>说明</w:t>
            </w:r>
          </w:p>
        </w:tc>
        <w:tc>
          <w:tcPr>
            <w:tcW w:w="3600" w:type="dxa"/>
            <w:tcBorders>
              <w:top w:val="single" w:sz="4" w:space="0" w:color="0F1217"/>
              <w:left w:val="single" w:sz="4" w:space="0" w:color="0F1217"/>
              <w:bottom w:val="single" w:sz="4" w:space="0" w:color="0F1217"/>
              <w:right w:val="single" w:sz="4" w:space="0" w:color="0F1217"/>
            </w:tcBorders>
            <w:shd w:val="clear" w:color="auto" w:fill="0F1217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7D86029" w14:textId="77777777" w:rsidR="006C3D74" w:rsidRDefault="007D447B">
            <w:r>
              <w:rPr>
                <w:b/>
                <w:color w:val="00D4FF"/>
                <w:sz w:val="19"/>
              </w:rPr>
              <w:t>状态</w:t>
            </w:r>
            <w:r>
              <w:rPr>
                <w:b/>
                <w:color w:val="00D4FF"/>
                <w:sz w:val="19"/>
              </w:rPr>
              <w:t xml:space="preserve"> / </w:t>
            </w:r>
            <w:r>
              <w:rPr>
                <w:b/>
                <w:color w:val="00D4FF"/>
                <w:sz w:val="19"/>
              </w:rPr>
              <w:t>结果</w:t>
            </w:r>
          </w:p>
        </w:tc>
      </w:tr>
      <w:tr w:rsidR="006C3D74" w14:paraId="18E06D73" w14:textId="77777777">
        <w:tc>
          <w:tcPr>
            <w:tcW w:w="2160" w:type="dxa"/>
            <w:tcBorders>
              <w:top w:val="single" w:sz="4" w:space="0" w:color="D9E5EA"/>
              <w:left w:val="single" w:sz="4" w:space="0" w:color="D9E5EA"/>
              <w:bottom w:val="single" w:sz="4" w:space="0" w:color="D9E5EA"/>
              <w:right w:val="single" w:sz="4" w:space="0" w:color="D9E5EA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C9A6C0B" w14:textId="77777777" w:rsidR="006C3D74" w:rsidRDefault="007D447B">
            <w:pPr>
              <w:spacing w:after="0"/>
            </w:pPr>
            <w:r>
              <w:rPr>
                <w:i/>
                <w:color w:val="6B7687"/>
                <w:sz w:val="19"/>
              </w:rPr>
              <w:t>[</w:t>
            </w:r>
            <w:r>
              <w:rPr>
                <w:i/>
                <w:color w:val="6B7687"/>
                <w:sz w:val="19"/>
              </w:rPr>
              <w:t>项目</w:t>
            </w:r>
            <w:r>
              <w:rPr>
                <w:i/>
                <w:color w:val="6B7687"/>
                <w:sz w:val="19"/>
              </w:rPr>
              <w:t xml:space="preserve"> 1]</w:t>
            </w:r>
          </w:p>
        </w:tc>
        <w:tc>
          <w:tcPr>
            <w:tcW w:w="3600" w:type="dxa"/>
            <w:tcBorders>
              <w:top w:val="single" w:sz="4" w:space="0" w:color="D9E5EA"/>
              <w:left w:val="single" w:sz="4" w:space="0" w:color="D9E5EA"/>
              <w:bottom w:val="single" w:sz="4" w:space="0" w:color="D9E5EA"/>
              <w:right w:val="single" w:sz="4" w:space="0" w:color="D9E5EA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B2FC042" w14:textId="77777777" w:rsidR="006C3D74" w:rsidRDefault="007D447B">
            <w:pPr>
              <w:spacing w:after="0"/>
            </w:pPr>
            <w:r>
              <w:rPr>
                <w:i/>
                <w:color w:val="6B7687"/>
                <w:sz w:val="19"/>
              </w:rPr>
              <w:t>[</w:t>
            </w:r>
            <w:r>
              <w:rPr>
                <w:i/>
                <w:color w:val="6B7687"/>
                <w:sz w:val="19"/>
              </w:rPr>
              <w:t>填写说明</w:t>
            </w:r>
            <w:r>
              <w:rPr>
                <w:i/>
                <w:color w:val="6B7687"/>
                <w:sz w:val="19"/>
              </w:rPr>
              <w:t>]</w:t>
            </w:r>
          </w:p>
        </w:tc>
        <w:tc>
          <w:tcPr>
            <w:tcW w:w="3600" w:type="dxa"/>
            <w:tcBorders>
              <w:top w:val="single" w:sz="4" w:space="0" w:color="D9E5EA"/>
              <w:left w:val="single" w:sz="4" w:space="0" w:color="D9E5EA"/>
              <w:bottom w:val="single" w:sz="4" w:space="0" w:color="D9E5EA"/>
              <w:right w:val="single" w:sz="4" w:space="0" w:color="D9E5EA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1EF6AC9" w14:textId="77777777" w:rsidR="006C3D74" w:rsidRDefault="007D447B">
            <w:pPr>
              <w:spacing w:after="0"/>
            </w:pPr>
            <w:r>
              <w:rPr>
                <w:i/>
                <w:color w:val="6B7687"/>
                <w:sz w:val="19"/>
              </w:rPr>
              <w:t>[</w:t>
            </w:r>
            <w:r>
              <w:rPr>
                <w:i/>
                <w:color w:val="6B7687"/>
                <w:sz w:val="19"/>
              </w:rPr>
              <w:t>填写状态或结果</w:t>
            </w:r>
            <w:r>
              <w:rPr>
                <w:i/>
                <w:color w:val="6B7687"/>
                <w:sz w:val="19"/>
              </w:rPr>
              <w:t>]</w:t>
            </w:r>
          </w:p>
        </w:tc>
      </w:tr>
      <w:tr w:rsidR="006C3D74" w14:paraId="08164914" w14:textId="77777777">
        <w:tc>
          <w:tcPr>
            <w:tcW w:w="2160" w:type="dxa"/>
            <w:tcBorders>
              <w:top w:val="single" w:sz="4" w:space="0" w:color="D9E5EA"/>
              <w:left w:val="single" w:sz="4" w:space="0" w:color="D9E5EA"/>
              <w:bottom w:val="single" w:sz="4" w:space="0" w:color="D9E5EA"/>
              <w:right w:val="single" w:sz="4" w:space="0" w:color="D9E5EA"/>
            </w:tcBorders>
            <w:shd w:val="clear" w:color="auto" w:fill="F4F8FA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4D392BD" w14:textId="77777777" w:rsidR="006C3D74" w:rsidRDefault="007D447B">
            <w:pPr>
              <w:spacing w:after="0"/>
            </w:pPr>
            <w:r>
              <w:rPr>
                <w:i/>
                <w:color w:val="6B7687"/>
                <w:sz w:val="19"/>
              </w:rPr>
              <w:t>[</w:t>
            </w:r>
            <w:r>
              <w:rPr>
                <w:i/>
                <w:color w:val="6B7687"/>
                <w:sz w:val="19"/>
              </w:rPr>
              <w:t>项目</w:t>
            </w:r>
            <w:r>
              <w:rPr>
                <w:i/>
                <w:color w:val="6B7687"/>
                <w:sz w:val="19"/>
              </w:rPr>
              <w:t xml:space="preserve"> 2]</w:t>
            </w:r>
          </w:p>
        </w:tc>
        <w:tc>
          <w:tcPr>
            <w:tcW w:w="3600" w:type="dxa"/>
            <w:tcBorders>
              <w:top w:val="single" w:sz="4" w:space="0" w:color="D9E5EA"/>
              <w:left w:val="single" w:sz="4" w:space="0" w:color="D9E5EA"/>
              <w:bottom w:val="single" w:sz="4" w:space="0" w:color="D9E5EA"/>
              <w:right w:val="single" w:sz="4" w:space="0" w:color="D9E5EA"/>
            </w:tcBorders>
            <w:shd w:val="clear" w:color="auto" w:fill="F4F8FA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3B1652D" w14:textId="77777777" w:rsidR="006C3D74" w:rsidRDefault="007D447B">
            <w:pPr>
              <w:spacing w:after="0"/>
            </w:pPr>
            <w:r>
              <w:rPr>
                <w:i/>
                <w:color w:val="6B7687"/>
                <w:sz w:val="19"/>
              </w:rPr>
              <w:t>[</w:t>
            </w:r>
            <w:r>
              <w:rPr>
                <w:i/>
                <w:color w:val="6B7687"/>
                <w:sz w:val="19"/>
              </w:rPr>
              <w:t>填写说明</w:t>
            </w:r>
            <w:r>
              <w:rPr>
                <w:i/>
                <w:color w:val="6B7687"/>
                <w:sz w:val="19"/>
              </w:rPr>
              <w:t>]</w:t>
            </w:r>
          </w:p>
        </w:tc>
        <w:tc>
          <w:tcPr>
            <w:tcW w:w="3600" w:type="dxa"/>
            <w:tcBorders>
              <w:top w:val="single" w:sz="4" w:space="0" w:color="D9E5EA"/>
              <w:left w:val="single" w:sz="4" w:space="0" w:color="D9E5EA"/>
              <w:bottom w:val="single" w:sz="4" w:space="0" w:color="D9E5EA"/>
              <w:right w:val="single" w:sz="4" w:space="0" w:color="D9E5EA"/>
            </w:tcBorders>
            <w:shd w:val="clear" w:color="auto" w:fill="F4F8FA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7836DC0" w14:textId="77777777" w:rsidR="006C3D74" w:rsidRDefault="007D447B">
            <w:pPr>
              <w:spacing w:after="0"/>
            </w:pPr>
            <w:r>
              <w:rPr>
                <w:i/>
                <w:color w:val="6B7687"/>
                <w:sz w:val="19"/>
              </w:rPr>
              <w:t>[</w:t>
            </w:r>
            <w:r>
              <w:rPr>
                <w:i/>
                <w:color w:val="6B7687"/>
                <w:sz w:val="19"/>
              </w:rPr>
              <w:t>填写状态或结果</w:t>
            </w:r>
            <w:r>
              <w:rPr>
                <w:i/>
                <w:color w:val="6B7687"/>
                <w:sz w:val="19"/>
              </w:rPr>
              <w:t>]</w:t>
            </w:r>
          </w:p>
        </w:tc>
      </w:tr>
      <w:tr w:rsidR="006C3D74" w14:paraId="6722A85B" w14:textId="77777777">
        <w:tc>
          <w:tcPr>
            <w:tcW w:w="2160" w:type="dxa"/>
            <w:tcBorders>
              <w:top w:val="single" w:sz="4" w:space="0" w:color="D9E5EA"/>
              <w:left w:val="single" w:sz="4" w:space="0" w:color="D9E5EA"/>
              <w:bottom w:val="single" w:sz="4" w:space="0" w:color="D9E5EA"/>
              <w:right w:val="single" w:sz="4" w:space="0" w:color="D9E5EA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9FE2E26" w14:textId="77777777" w:rsidR="006C3D74" w:rsidRDefault="007D447B">
            <w:pPr>
              <w:spacing w:after="0"/>
            </w:pPr>
            <w:r>
              <w:rPr>
                <w:i/>
                <w:color w:val="6B7687"/>
                <w:sz w:val="19"/>
              </w:rPr>
              <w:t>[</w:t>
            </w:r>
            <w:r>
              <w:rPr>
                <w:i/>
                <w:color w:val="6B7687"/>
                <w:sz w:val="19"/>
              </w:rPr>
              <w:t>项目</w:t>
            </w:r>
            <w:r>
              <w:rPr>
                <w:i/>
                <w:color w:val="6B7687"/>
                <w:sz w:val="19"/>
              </w:rPr>
              <w:t xml:space="preserve"> 3]</w:t>
            </w:r>
          </w:p>
        </w:tc>
        <w:tc>
          <w:tcPr>
            <w:tcW w:w="3600" w:type="dxa"/>
            <w:tcBorders>
              <w:top w:val="single" w:sz="4" w:space="0" w:color="D9E5EA"/>
              <w:left w:val="single" w:sz="4" w:space="0" w:color="D9E5EA"/>
              <w:bottom w:val="single" w:sz="4" w:space="0" w:color="D9E5EA"/>
              <w:right w:val="single" w:sz="4" w:space="0" w:color="D9E5EA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73D5641" w14:textId="77777777" w:rsidR="006C3D74" w:rsidRDefault="007D447B">
            <w:pPr>
              <w:spacing w:after="0"/>
            </w:pPr>
            <w:r>
              <w:rPr>
                <w:i/>
                <w:color w:val="6B7687"/>
                <w:sz w:val="19"/>
              </w:rPr>
              <w:t>[</w:t>
            </w:r>
            <w:r>
              <w:rPr>
                <w:i/>
                <w:color w:val="6B7687"/>
                <w:sz w:val="19"/>
              </w:rPr>
              <w:t>填写说明</w:t>
            </w:r>
            <w:r>
              <w:rPr>
                <w:i/>
                <w:color w:val="6B7687"/>
                <w:sz w:val="19"/>
              </w:rPr>
              <w:t>]</w:t>
            </w:r>
          </w:p>
        </w:tc>
        <w:tc>
          <w:tcPr>
            <w:tcW w:w="3600" w:type="dxa"/>
            <w:tcBorders>
              <w:top w:val="single" w:sz="4" w:space="0" w:color="D9E5EA"/>
              <w:left w:val="single" w:sz="4" w:space="0" w:color="D9E5EA"/>
              <w:bottom w:val="single" w:sz="4" w:space="0" w:color="D9E5EA"/>
              <w:right w:val="single" w:sz="4" w:space="0" w:color="D9E5EA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722A50C" w14:textId="77777777" w:rsidR="006C3D74" w:rsidRDefault="007D447B">
            <w:pPr>
              <w:spacing w:after="0"/>
            </w:pPr>
            <w:r>
              <w:rPr>
                <w:i/>
                <w:color w:val="6B7687"/>
                <w:sz w:val="19"/>
              </w:rPr>
              <w:t>[</w:t>
            </w:r>
            <w:r>
              <w:rPr>
                <w:i/>
                <w:color w:val="6B7687"/>
                <w:sz w:val="19"/>
              </w:rPr>
              <w:t>填写状态或结果</w:t>
            </w:r>
            <w:r>
              <w:rPr>
                <w:i/>
                <w:color w:val="6B7687"/>
                <w:sz w:val="19"/>
              </w:rPr>
              <w:t>]</w:t>
            </w:r>
          </w:p>
        </w:tc>
      </w:tr>
    </w:tbl>
    <w:p w14:paraId="37A19396" w14:textId="77777777" w:rsidR="006C3D74" w:rsidRDefault="007D447B">
      <w:r>
        <w:br w:type="page"/>
      </w:r>
    </w:p>
    <w:p w14:paraId="4CA7A3E1" w14:textId="77777777" w:rsidR="006C3D74" w:rsidRDefault="007D447B">
      <w:pPr>
        <w:pStyle w:val="Kicker"/>
        <w:spacing w:after="120"/>
      </w:pPr>
      <w:r>
        <w:lastRenderedPageBreak/>
        <w:t>APPENDIX</w:t>
      </w:r>
    </w:p>
    <w:p w14:paraId="5646C607" w14:textId="77777777" w:rsidR="006C3D74" w:rsidRDefault="007D447B">
      <w:pPr>
        <w:pStyle w:val="1"/>
      </w:pPr>
      <w:bookmarkStart w:id="4" w:name="_Toc236877792"/>
      <w:r>
        <w:t>[</w:t>
      </w:r>
      <w:r>
        <w:t>附录</w:t>
      </w:r>
      <w:r>
        <w:t xml:space="preserve"> / </w:t>
      </w:r>
      <w:r>
        <w:t>参考资料</w:t>
      </w:r>
      <w:r>
        <w:t>]</w:t>
      </w:r>
      <w:bookmarkEnd w:id="4"/>
    </w:p>
    <w:p w14:paraId="7427EBD5" w14:textId="77777777" w:rsidR="006C3D74" w:rsidRDefault="007D447B">
      <w:pPr>
        <w:pStyle w:val="Placeholder"/>
      </w:pPr>
      <w:r>
        <w:t>[</w:t>
      </w:r>
      <w:r>
        <w:t>填写术语说明、参考资料、补充数据或其他支持信息。</w:t>
      </w:r>
      <w:r>
        <w:t>]</w:t>
      </w:r>
    </w:p>
    <w:p w14:paraId="3A8F3CCC" w14:textId="77777777" w:rsidR="006C3D74" w:rsidRDefault="007D447B">
      <w:pPr>
        <w:pStyle w:val="21"/>
      </w:pPr>
      <w:bookmarkStart w:id="5" w:name="_Toc236877793"/>
      <w:r>
        <w:t>发布前检查</w:t>
      </w:r>
      <w:bookmarkEnd w:id="5"/>
    </w:p>
    <w:p w14:paraId="241C1FAC" w14:textId="77777777" w:rsidR="006C3D74" w:rsidRDefault="007D447B">
      <w:pPr>
        <w:pStyle w:val="a0"/>
        <w:spacing w:after="160" w:line="280" w:lineRule="auto"/>
      </w:pPr>
      <w:r>
        <w:t>[</w:t>
      </w:r>
      <w:r>
        <w:t>已替换全部方括号占位内容</w:t>
      </w:r>
      <w:r>
        <w:t>]</w:t>
      </w:r>
    </w:p>
    <w:p w14:paraId="65F7E0D9" w14:textId="77777777" w:rsidR="006C3D74" w:rsidRDefault="007D447B">
      <w:pPr>
        <w:pStyle w:val="a0"/>
        <w:spacing w:after="160" w:line="280" w:lineRule="auto"/>
      </w:pPr>
      <w:r>
        <w:t>[</w:t>
      </w:r>
      <w:r>
        <w:t>已核对名称、数字、日期和链接</w:t>
      </w:r>
      <w:r>
        <w:t>]</w:t>
      </w:r>
    </w:p>
    <w:p w14:paraId="7179DD17" w14:textId="77777777" w:rsidR="006C3D74" w:rsidRDefault="007D447B">
      <w:pPr>
        <w:pStyle w:val="a0"/>
        <w:spacing w:after="160" w:line="280" w:lineRule="auto"/>
      </w:pPr>
      <w:r>
        <w:t>[</w:t>
      </w:r>
      <w:r>
        <w:t>已确认图片、字体和第三方素材的使用权限</w:t>
      </w:r>
      <w:r>
        <w:t>]</w:t>
      </w:r>
    </w:p>
    <w:p w14:paraId="6B23A9A6" w14:textId="77777777" w:rsidR="006C3D74" w:rsidRDefault="007D447B">
      <w:pPr>
        <w:pStyle w:val="a0"/>
        <w:spacing w:after="160" w:line="280" w:lineRule="auto"/>
      </w:pPr>
      <w:r>
        <w:t>[</w:t>
      </w:r>
      <w:r>
        <w:t>已更新目录、页码和文档版本</w:t>
      </w:r>
      <w:r>
        <w:t>]</w:t>
      </w:r>
    </w:p>
    <w:p w14:paraId="52302D87" w14:textId="77777777" w:rsidR="006C3D74" w:rsidRDefault="007D447B">
      <w:pPr>
        <w:pStyle w:val="21"/>
      </w:pPr>
      <w:bookmarkStart w:id="6" w:name="_Toc236877794"/>
      <w:r>
        <w:t>联系信息</w:t>
      </w:r>
      <w:bookmarkEnd w:id="6"/>
    </w:p>
    <w:p w14:paraId="1D4F875C" w14:textId="77777777" w:rsidR="006C3D74" w:rsidRDefault="007D447B">
      <w:pPr>
        <w:pStyle w:val="Placeholder"/>
      </w:pPr>
      <w:r>
        <w:t>[</w:t>
      </w:r>
      <w:r>
        <w:t>部门</w:t>
      </w:r>
      <w:r>
        <w:t xml:space="preserve"> / </w:t>
      </w:r>
      <w:r>
        <w:t>姓名</w:t>
      </w:r>
      <w:r>
        <w:t>]  ·  [</w:t>
      </w:r>
      <w:r>
        <w:t>邮箱</w:t>
      </w:r>
      <w:r>
        <w:t>]  ·  [</w:t>
      </w:r>
      <w:r>
        <w:t>电话或其他联系方式</w:t>
      </w:r>
      <w:r>
        <w:t>]</w:t>
      </w:r>
    </w:p>
    <w:sectPr w:rsidR="006C3D74" w:rsidSect="00034616">
      <w:headerReference w:type="default" r:id="rId9"/>
      <w:footerReference w:type="default" r:id="rId10"/>
      <w:footerReference w:type="first" r:id="rId11"/>
      <w:pgSz w:w="12240" w:h="15840"/>
      <w:pgMar w:top="1440" w:right="1440" w:bottom="1440" w:left="1440" w:header="708" w:footer="70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19BD0B" w14:textId="77777777" w:rsidR="007D447B" w:rsidRDefault="007D447B">
      <w:pPr>
        <w:spacing w:after="0" w:line="240" w:lineRule="auto"/>
      </w:pPr>
      <w:r>
        <w:separator/>
      </w:r>
    </w:p>
  </w:endnote>
  <w:endnote w:type="continuationSeparator" w:id="0">
    <w:p w14:paraId="5AF95CC2" w14:textId="77777777" w:rsidR="007D447B" w:rsidRDefault="007D44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24873" w14:textId="77777777" w:rsidR="006C3D74" w:rsidRDefault="006C3D74">
    <w:pPr>
      <w:pStyle w:val="a7"/>
    </w:pPr>
  </w:p>
  <w:tbl>
    <w:tblPr>
      <w:tblW w:w="9360" w:type="dxa"/>
      <w:tblLayout w:type="fixed"/>
      <w:tblLook w:val="04A0" w:firstRow="1" w:lastRow="0" w:firstColumn="1" w:lastColumn="0" w:noHBand="0" w:noVBand="1"/>
    </w:tblPr>
    <w:tblGrid>
      <w:gridCol w:w="7020"/>
      <w:gridCol w:w="2340"/>
    </w:tblGrid>
    <w:tr w:rsidR="006C3D74" w14:paraId="60ACE447" w14:textId="77777777">
      <w:tc>
        <w:tcPr>
          <w:tcW w:w="70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022B90" w14:textId="77777777" w:rsidR="006C3D74" w:rsidRDefault="007D447B">
          <w:pPr>
            <w:spacing w:after="0"/>
          </w:pPr>
          <w:r>
            <w:rPr>
              <w:color w:val="6B7687"/>
              <w:sz w:val="17"/>
            </w:rPr>
            <w:t>公司文档模板</w:t>
          </w:r>
          <w:r>
            <w:rPr>
              <w:color w:val="6B7687"/>
              <w:sz w:val="17"/>
            </w:rPr>
            <w:t xml:space="preserve">  ·  DOCUMENT TEMPLATE</w:t>
          </w:r>
        </w:p>
      </w:tc>
      <w:tc>
        <w:tcPr>
          <w:tcW w:w="234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D4DE73C" w14:textId="77777777" w:rsidR="006C3D74" w:rsidRDefault="007D447B">
          <w:pPr>
            <w:spacing w:after="0"/>
            <w:jc w:val="right"/>
          </w:pPr>
          <w:r>
            <w:rPr>
              <w:b/>
              <w:color w:val="6B7687"/>
              <w:sz w:val="17"/>
            </w:rPr>
            <w:t xml:space="preserve">PAGE  </w:t>
          </w:r>
          <w:r>
            <w:rPr>
              <w:color w:val="6B7687"/>
              <w:sz w:val="18"/>
            </w:rPr>
            <w:fldChar w:fldCharType="begin"/>
          </w:r>
          <w:r>
            <w:rPr>
              <w:color w:val="6B7687"/>
              <w:sz w:val="18"/>
            </w:rPr>
            <w:instrText xml:space="preserve"> PAGE </w:instrText>
          </w:r>
          <w:r>
            <w:rPr>
              <w:color w:val="6B7687"/>
              <w:sz w:val="18"/>
            </w:rPr>
            <w:fldChar w:fldCharType="separate"/>
          </w:r>
          <w:r>
            <w:rPr>
              <w:color w:val="6B7687"/>
              <w:sz w:val="18"/>
            </w:rPr>
            <w:t>1</w:t>
          </w:r>
          <w:r>
            <w:rPr>
              <w:color w:val="6B7687"/>
              <w:sz w:val="18"/>
            </w:rPr>
            <w:fldChar w:fldCharType="end"/>
          </w: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86EC4" w14:textId="77777777" w:rsidR="006C3D74" w:rsidRDefault="007D447B">
    <w:pPr>
      <w:pStyle w:val="a7"/>
    </w:pPr>
    <w:r>
      <w:rPr>
        <w:b/>
        <w:color w:val="6B7687"/>
        <w:sz w:val="17"/>
      </w:rPr>
      <w:t xml:space="preserve">ZEPHYR ROBOTICS  ·  </w:t>
    </w:r>
    <w:r>
      <w:rPr>
        <w:b/>
        <w:color w:val="6B7687"/>
        <w:sz w:val="17"/>
      </w:rPr>
      <w:t>追风机器人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B12580" w14:textId="77777777" w:rsidR="007D447B" w:rsidRDefault="007D447B">
      <w:pPr>
        <w:spacing w:after="0" w:line="240" w:lineRule="auto"/>
      </w:pPr>
      <w:r>
        <w:separator/>
      </w:r>
    </w:p>
  </w:footnote>
  <w:footnote w:type="continuationSeparator" w:id="0">
    <w:p w14:paraId="60257B66" w14:textId="77777777" w:rsidR="007D447B" w:rsidRDefault="007D44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5A6C3" w14:textId="77777777" w:rsidR="006C3D74" w:rsidRDefault="007D447B">
    <w:pPr>
      <w:pStyle w:val="a5"/>
    </w:pPr>
    <w:r>
      <w:rPr>
        <w:b/>
        <w:caps/>
        <w:color w:val="6B7687"/>
        <w:sz w:val="17"/>
      </w:rPr>
      <w:t xml:space="preserve">ZEPHYR ROBOTICS  ·  </w:t>
    </w:r>
    <w:r>
      <w:rPr>
        <w:b/>
        <w:caps/>
        <w:color w:val="6B7687"/>
        <w:sz w:val="17"/>
      </w:rPr>
      <w:t>追风机器人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06742558">
    <w:abstractNumId w:val="8"/>
  </w:num>
  <w:num w:numId="2" w16cid:durableId="2113474061">
    <w:abstractNumId w:val="6"/>
  </w:num>
  <w:num w:numId="3" w16cid:durableId="118691231">
    <w:abstractNumId w:val="5"/>
  </w:num>
  <w:num w:numId="4" w16cid:durableId="1813712634">
    <w:abstractNumId w:val="4"/>
  </w:num>
  <w:num w:numId="5" w16cid:durableId="1750224783">
    <w:abstractNumId w:val="7"/>
  </w:num>
  <w:num w:numId="6" w16cid:durableId="800617721">
    <w:abstractNumId w:val="3"/>
  </w:num>
  <w:num w:numId="7" w16cid:durableId="291180267">
    <w:abstractNumId w:val="2"/>
  </w:num>
  <w:num w:numId="8" w16cid:durableId="343633902">
    <w:abstractNumId w:val="1"/>
  </w:num>
  <w:num w:numId="9" w16cid:durableId="15696138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54607"/>
    <w:rsid w:val="0006063C"/>
    <w:rsid w:val="0015074B"/>
    <w:rsid w:val="0029639D"/>
    <w:rsid w:val="00326F90"/>
    <w:rsid w:val="006C3D74"/>
    <w:rsid w:val="007D447B"/>
    <w:rsid w:val="00AA1D8D"/>
    <w:rsid w:val="00B47730"/>
    <w:rsid w:val="00CB0664"/>
    <w:rsid w:val="00EE448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184C02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120" w:line="264" w:lineRule="auto"/>
    </w:pPr>
    <w:rPr>
      <w:rFonts w:ascii="Arial" w:eastAsia="微软雅黑" w:hAnsi="Arial"/>
      <w:color w:val="323A47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320" w:after="160"/>
      <w:outlineLvl w:val="0"/>
    </w:pPr>
    <w:rPr>
      <w:rFonts w:asciiTheme="majorHAnsi" w:eastAsiaTheme="majorEastAsia" w:hAnsiTheme="majorHAnsi" w:cstheme="majorBidi"/>
      <w:b/>
      <w:bCs/>
      <w:color w:val="0092B8"/>
      <w:sz w:val="32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40"/>
      <w:outlineLvl w:val="1"/>
    </w:pPr>
    <w:rPr>
      <w:rFonts w:asciiTheme="majorHAnsi" w:eastAsiaTheme="majorEastAsia" w:hAnsiTheme="majorHAnsi" w:cstheme="majorBidi"/>
      <w:b/>
      <w:bCs/>
      <w:color w:val="0092B8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b/>
      <w:bCs/>
      <w:color w:val="1B2029"/>
      <w:sz w:val="24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页眉 字符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页脚 字符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标题 1 字符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标题 2 字符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标题 3 字符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160" w:line="240" w:lineRule="auto"/>
      <w:contextualSpacing/>
    </w:pPr>
    <w:rPr>
      <w:rFonts w:asciiTheme="majorHAnsi" w:eastAsiaTheme="majorEastAsia" w:hAnsiTheme="majorHAnsi" w:cstheme="majorBidi"/>
      <w:color w:val="0A0C10"/>
      <w:spacing w:val="5"/>
      <w:kern w:val="28"/>
      <w:sz w:val="56"/>
      <w:szCs w:val="52"/>
    </w:rPr>
  </w:style>
  <w:style w:type="character" w:customStyle="1" w:styleId="ab">
    <w:name w:val="标题 字符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  <w:spacing w:after="240"/>
    </w:pPr>
    <w:rPr>
      <w:rFonts w:asciiTheme="majorHAnsi" w:eastAsiaTheme="majorEastAsia" w:hAnsiTheme="majorHAnsi" w:cstheme="majorBidi"/>
      <w:i/>
      <w:iCs/>
      <w:color w:val="6B7687"/>
      <w:spacing w:val="15"/>
      <w:sz w:val="28"/>
      <w:szCs w:val="24"/>
    </w:rPr>
  </w:style>
  <w:style w:type="character" w:customStyle="1" w:styleId="ad">
    <w:name w:val="副标题 字符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</w:style>
  <w:style w:type="character" w:customStyle="1" w:styleId="af0">
    <w:name w:val="正文文本 字符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line="480" w:lineRule="auto"/>
    </w:pPr>
  </w:style>
  <w:style w:type="character" w:customStyle="1" w:styleId="24">
    <w:name w:val="正文文本 2 字符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rPr>
      <w:sz w:val="16"/>
      <w:szCs w:val="16"/>
    </w:rPr>
  </w:style>
  <w:style w:type="character" w:customStyle="1" w:styleId="34">
    <w:name w:val="正文文本 3 字符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宏文本 字符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用 字符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标题 4 字符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标题 5 字符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标题 6 字符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标题 7 字符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标题 8 字符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标题 9 字符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after="80" w:line="240" w:lineRule="auto"/>
    </w:pPr>
    <w:rPr>
      <w:bCs/>
      <w:color w:val="6B7687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明显引用 字符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1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2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3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4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5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6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7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8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Kicker">
    <w:name w:val="Kicker"/>
    <w:pPr>
      <w:spacing w:after="0"/>
    </w:pPr>
    <w:rPr>
      <w:rFonts w:ascii="Arial" w:eastAsia="微软雅黑" w:hAnsi="Arial"/>
      <w:b/>
      <w:caps/>
      <w:color w:val="0092B8"/>
      <w:sz w:val="18"/>
    </w:rPr>
  </w:style>
  <w:style w:type="paragraph" w:customStyle="1" w:styleId="Lead">
    <w:name w:val="Lead"/>
    <w:pPr>
      <w:spacing w:after="160" w:line="300" w:lineRule="auto"/>
    </w:pPr>
    <w:rPr>
      <w:rFonts w:ascii="Arial" w:eastAsia="微软雅黑" w:hAnsi="Arial"/>
      <w:color w:val="1B2029"/>
      <w:sz w:val="26"/>
    </w:rPr>
  </w:style>
  <w:style w:type="paragraph" w:customStyle="1" w:styleId="Placeholder">
    <w:name w:val="Placeholder"/>
    <w:pPr>
      <w:spacing w:after="160" w:line="288" w:lineRule="auto"/>
    </w:pPr>
    <w:rPr>
      <w:rFonts w:ascii="Arial" w:eastAsia="微软雅黑" w:hAnsi="Arial"/>
      <w:i/>
      <w:color w:val="6B7687"/>
    </w:rPr>
  </w:style>
  <w:style w:type="paragraph" w:customStyle="1" w:styleId="UtilityHeading">
    <w:name w:val="Utility Heading"/>
    <w:pPr>
      <w:keepNext/>
      <w:spacing w:before="320" w:after="160"/>
    </w:pPr>
    <w:rPr>
      <w:rFonts w:ascii="Arial" w:eastAsia="微软雅黑" w:hAnsi="Arial"/>
      <w:b/>
      <w:color w:val="0092B8"/>
      <w:sz w:val="32"/>
    </w:rPr>
  </w:style>
  <w:style w:type="paragraph" w:styleId="TOC1">
    <w:name w:val="toc 1"/>
    <w:basedOn w:val="a1"/>
    <w:next w:val="a1"/>
    <w:autoRedefine/>
    <w:uiPriority w:val="39"/>
    <w:unhideWhenUsed/>
    <w:rsid w:val="00EE4486"/>
  </w:style>
  <w:style w:type="paragraph" w:styleId="TOC2">
    <w:name w:val="toc 2"/>
    <w:basedOn w:val="a1"/>
    <w:next w:val="a1"/>
    <w:autoRedefine/>
    <w:uiPriority w:val="39"/>
    <w:unhideWhenUsed/>
    <w:rsid w:val="00EE4486"/>
    <w:pPr>
      <w:ind w:leftChars="200" w:left="420"/>
    </w:pPr>
  </w:style>
  <w:style w:type="character" w:styleId="aff9">
    <w:name w:val="Hyperlink"/>
    <w:basedOn w:val="a2"/>
    <w:uiPriority w:val="99"/>
    <w:unhideWhenUsed/>
    <w:rsid w:val="00EE448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660</Words>
  <Characters>787</Characters>
  <Application>Microsoft Office Word</Application>
  <DocSecurity>0</DocSecurity>
  <Lines>78</Lines>
  <Paragraphs>120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1327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追风机器人公司文档模板</dc:title>
  <dc:subject>Zephyr Robotics reusable corporate document template</dc:subject>
  <dc:creator>Zephyr Robotics / 追风机器人</dc:creator>
  <cp:keywords>Zephyr Robotics, 追风机器人, document template</cp:keywords>
  <dc:description>generated by python-docx</dc:description>
  <cp:lastModifiedBy>Zephyr Robotics / 追风机器人</cp:lastModifiedBy>
  <cp:revision>2</cp:revision>
  <dcterms:created xsi:type="dcterms:W3CDTF">2026-08-05T19:02:00Z</dcterms:created>
  <dcterms:modified xsi:type="dcterms:W3CDTF">2026-08-05T19:02:00Z</dcterms:modified>
  <cp:category/>
</cp:coreProperties>
</file>